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8B3274" w:rsidRPr="003A1C31" w14:paraId="31A32D97" w14:textId="77777777" w:rsidTr="00273C1C">
        <w:tc>
          <w:tcPr>
            <w:tcW w:w="10432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F291E0B" w14:textId="77777777" w:rsidR="007F6465" w:rsidRDefault="008B3274" w:rsidP="007F6465">
            <w:pPr>
              <w:pStyle w:val="aa"/>
              <w:keepNext/>
              <w:pBdr>
                <w:bottom w:val="nil"/>
              </w:pBdr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E6F7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lastRenderedPageBreak/>
              <w:t>ҚАБЫЛДАУ-ТАПСЫРУ АКТІСІ</w:t>
            </w:r>
          </w:p>
          <w:p w14:paraId="1CA99AC5" w14:textId="690DBD6E" w:rsidR="008B3274" w:rsidRPr="00DE6F78" w:rsidRDefault="008B3274" w:rsidP="007F6465">
            <w:pPr>
              <w:pStyle w:val="aa"/>
              <w:keepNext/>
              <w:pBdr>
                <w:bottom w:val="nil"/>
              </w:pBd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E6F7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АКТ ПРИЕМА-ПЕРЕДАЧИ</w:t>
            </w:r>
          </w:p>
        </w:tc>
      </w:tr>
      <w:tr w:rsidR="008B3274" w:rsidRPr="00DE6F78" w14:paraId="363151B6" w14:textId="77777777" w:rsidTr="00F0076E">
        <w:tc>
          <w:tcPr>
            <w:tcW w:w="10432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F4787CB" w14:textId="55E84C59" w:rsidR="008B3274" w:rsidRPr="00DE6F78" w:rsidRDefault="008B3274" w:rsidP="008B3274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</w:rPr>
              <w:t>қ.</w:t>
            </w:r>
            <w:r w:rsidRPr="00DE6F78">
              <w:rPr>
                <w:rFonts w:cs="Times New Roman"/>
                <w:sz w:val="22"/>
                <w:lang w:val="ru-RU"/>
              </w:rPr>
              <w:t>г.</w:t>
            </w:r>
            <w:r w:rsidRPr="00DE6F78">
              <w:rPr>
                <w:rFonts w:cs="Times New Roman"/>
                <w:sz w:val="22"/>
              </w:rPr>
              <w:t xml:space="preserve"> ___________ </w:t>
            </w:r>
            <w:r w:rsidRPr="00DE6F78">
              <w:rPr>
                <w:rFonts w:cs="Times New Roman"/>
                <w:sz w:val="22"/>
                <w:lang w:val="ru-RU"/>
              </w:rPr>
              <w:t xml:space="preserve">           </w:t>
            </w:r>
            <w:r w:rsidRPr="00DE6F78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   </w:t>
            </w:r>
            <w:r w:rsidR="007F6465">
              <w:rPr>
                <w:rFonts w:cs="Times New Roman"/>
                <w:sz w:val="22"/>
                <w:lang w:val="ru-RU"/>
              </w:rPr>
              <w:t xml:space="preserve">              </w:t>
            </w:r>
            <w:r w:rsidRPr="00DE6F78">
              <w:rPr>
                <w:rFonts w:cs="Times New Roman"/>
                <w:sz w:val="22"/>
              </w:rPr>
              <w:t>«__» _______ 2026</w:t>
            </w:r>
            <w:r w:rsidRPr="00DE6F78">
              <w:rPr>
                <w:rFonts w:cs="Times New Roman"/>
                <w:sz w:val="22"/>
                <w:lang w:val="ru-RU"/>
              </w:rPr>
              <w:t xml:space="preserve"> ж/</w:t>
            </w:r>
            <w:r w:rsidRPr="00DE6F78">
              <w:rPr>
                <w:rFonts w:cs="Times New Roman"/>
                <w:sz w:val="22"/>
              </w:rPr>
              <w:t>г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</w:tr>
      <w:tr w:rsidR="007E2111" w:rsidRPr="003A1C31" w14:paraId="1133B193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D187A3A" w14:textId="1B4DF6CC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sz w:val="22"/>
              </w:rPr>
              <w:t>____________________</w:t>
            </w:r>
            <w:r w:rsidR="008B3274" w:rsidRPr="00DE6F78">
              <w:rPr>
                <w:rFonts w:cs="Times New Roman"/>
                <w:sz w:val="22"/>
              </w:rPr>
              <w:t>(</w:t>
            </w:r>
            <w:r w:rsidR="008B3274" w:rsidRPr="00DE6F78">
              <w:rPr>
                <w:rFonts w:cs="Times New Roman"/>
                <w:sz w:val="22"/>
                <w:lang w:val="ru-RU"/>
              </w:rPr>
              <w:t>Т</w:t>
            </w:r>
            <w:r w:rsidR="008B3274" w:rsidRPr="00DE6F78">
              <w:rPr>
                <w:rFonts w:cs="Times New Roman"/>
                <w:sz w:val="22"/>
              </w:rPr>
              <w:t>.</w:t>
            </w:r>
            <w:r w:rsidR="008B3274" w:rsidRPr="00DE6F78">
              <w:rPr>
                <w:rFonts w:cs="Times New Roman"/>
                <w:sz w:val="22"/>
                <w:lang w:val="ru-RU"/>
              </w:rPr>
              <w:t>А</w:t>
            </w:r>
            <w:r w:rsidR="008B3274" w:rsidRPr="00DE6F78">
              <w:rPr>
                <w:rFonts w:cs="Times New Roman"/>
                <w:sz w:val="22"/>
              </w:rPr>
              <w:t>.</w:t>
            </w:r>
            <w:r w:rsidR="008B3274" w:rsidRPr="00DE6F78">
              <w:rPr>
                <w:rFonts w:cs="Times New Roman"/>
                <w:sz w:val="22"/>
                <w:lang w:val="kk-KZ"/>
              </w:rPr>
              <w:t>Ә</w:t>
            </w:r>
            <w:r w:rsidR="008B3274" w:rsidRPr="00DE6F78">
              <w:rPr>
                <w:rFonts w:cs="Times New Roman"/>
                <w:sz w:val="22"/>
              </w:rPr>
              <w:t>.)</w:t>
            </w:r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беруші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 </w:t>
            </w:r>
            <w:proofErr w:type="spellStart"/>
            <w:r w:rsidRPr="00DE6F78">
              <w:rPr>
                <w:rFonts w:cs="Times New Roman"/>
                <w:sz w:val="22"/>
              </w:rPr>
              <w:t>деп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аталатын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бір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тараптан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________________________</w:t>
            </w:r>
            <w:r w:rsidR="008B3274" w:rsidRPr="00DE6F78">
              <w:rPr>
                <w:rFonts w:cs="Times New Roman"/>
                <w:sz w:val="22"/>
              </w:rPr>
              <w:t>(</w:t>
            </w:r>
            <w:r w:rsidR="008B3274" w:rsidRPr="00DE6F78">
              <w:rPr>
                <w:rFonts w:cs="Times New Roman"/>
                <w:sz w:val="22"/>
                <w:lang w:val="ru-RU"/>
              </w:rPr>
              <w:t>Т</w:t>
            </w:r>
            <w:r w:rsidR="008B3274" w:rsidRPr="00DE6F78">
              <w:rPr>
                <w:rFonts w:cs="Times New Roman"/>
                <w:sz w:val="22"/>
              </w:rPr>
              <w:t>.</w:t>
            </w:r>
            <w:r w:rsidR="008B3274" w:rsidRPr="00DE6F78">
              <w:rPr>
                <w:rFonts w:cs="Times New Roman"/>
                <w:sz w:val="22"/>
                <w:lang w:val="ru-RU"/>
              </w:rPr>
              <w:t>А</w:t>
            </w:r>
            <w:r w:rsidR="008B3274" w:rsidRPr="00DE6F78">
              <w:rPr>
                <w:rFonts w:cs="Times New Roman"/>
                <w:sz w:val="22"/>
              </w:rPr>
              <w:t>.</w:t>
            </w:r>
            <w:r w:rsidR="008B3274" w:rsidRPr="00DE6F78">
              <w:rPr>
                <w:rFonts w:cs="Times New Roman"/>
                <w:sz w:val="22"/>
                <w:lang w:val="kk-KZ"/>
              </w:rPr>
              <w:t>Ә.)</w:t>
            </w:r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 </w:t>
            </w:r>
            <w:proofErr w:type="spellStart"/>
            <w:r w:rsidRPr="00DE6F78">
              <w:rPr>
                <w:rFonts w:cs="Times New Roman"/>
                <w:sz w:val="22"/>
              </w:rPr>
              <w:t>деп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аталатын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екінші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тараптан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Тараптар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арасында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2026 </w:t>
            </w:r>
            <w:proofErr w:type="spellStart"/>
            <w:r w:rsidRPr="00DE6F78">
              <w:rPr>
                <w:rFonts w:cs="Times New Roman"/>
                <w:sz w:val="22"/>
              </w:rPr>
              <w:t>жылғы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«__» __________ </w:t>
            </w:r>
            <w:proofErr w:type="spellStart"/>
            <w:r w:rsidRPr="00DE6F78">
              <w:rPr>
                <w:rFonts w:cs="Times New Roman"/>
                <w:sz w:val="22"/>
              </w:rPr>
              <w:t>жасалған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шартының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») </w:t>
            </w:r>
            <w:proofErr w:type="spellStart"/>
            <w:r w:rsidRPr="00DE6F78">
              <w:rPr>
                <w:rFonts w:cs="Times New Roman"/>
                <w:sz w:val="22"/>
              </w:rPr>
              <w:t>ажырамас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бөлігі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болып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табылатын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Қабылдау-</w:t>
            </w:r>
            <w:proofErr w:type="spellStart"/>
            <w:r w:rsidRPr="00DE6F78">
              <w:rPr>
                <w:rFonts w:cs="Times New Roman"/>
                <w:sz w:val="22"/>
              </w:rPr>
              <w:t>тапсыру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актісін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– «</w:t>
            </w:r>
            <w:proofErr w:type="spellStart"/>
            <w:r w:rsidRPr="00DE6F78">
              <w:rPr>
                <w:rFonts w:cs="Times New Roman"/>
                <w:sz w:val="22"/>
              </w:rPr>
              <w:t>Қабылдау-тапсыру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актісі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») </w:t>
            </w:r>
            <w:proofErr w:type="spellStart"/>
            <w:r w:rsidRPr="00DE6F78">
              <w:rPr>
                <w:rFonts w:cs="Times New Roman"/>
                <w:sz w:val="22"/>
              </w:rPr>
              <w:t>төмендегілер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туралы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жасап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оған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қойды</w:t>
            </w:r>
            <w:proofErr w:type="spellEnd"/>
            <w:r w:rsidRPr="00DE6F78">
              <w:rPr>
                <w:rFonts w:cs="Times New Roman"/>
                <w:sz w:val="22"/>
              </w:rPr>
              <w:t>: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F15C502" w14:textId="0033F4F9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</w:t>
            </w:r>
            <w:r w:rsidR="008B3274" w:rsidRPr="00DE6F78">
              <w:rPr>
                <w:rFonts w:cs="Times New Roman"/>
                <w:sz w:val="22"/>
                <w:lang w:val="ru-RU"/>
              </w:rPr>
              <w:t>(Ф.И.О.)</w:t>
            </w:r>
            <w:r w:rsidRPr="00DE6F78">
              <w:rPr>
                <w:rFonts w:cs="Times New Roman"/>
                <w:sz w:val="22"/>
                <w:lang w:val="ru-RU"/>
              </w:rPr>
              <w:t>, далее «Арендодатель», с одной стороны, и ___________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_____________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 (Ф.И.О.)</w:t>
            </w:r>
            <w:r w:rsidRPr="00DE6F78">
              <w:rPr>
                <w:rFonts w:cs="Times New Roman"/>
                <w:sz w:val="22"/>
                <w:lang w:val="ru-RU"/>
              </w:rPr>
              <w:t>, далее «Арендатор», со второй стороны, составили и подписали настоящий Акт приема-передачи (далее - «Акт приема-передачи»), который является неотъемлемой частью Договора аренды квартиры, заключенного между Сторонами «__» __________ 2026 года (далее – «Договор»), о нижеследующем:</w:t>
            </w:r>
          </w:p>
        </w:tc>
      </w:tr>
      <w:tr w:rsidR="007E2111" w:rsidRPr="003A1C31" w14:paraId="5DC5E06C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A23A378" w14:textId="50B2E74F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 xml:space="preserve">1.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__ (___________) </w:t>
            </w:r>
            <w:r w:rsidRPr="00DE6F78">
              <w:rPr>
                <w:rFonts w:cs="Times New Roman"/>
                <w:sz w:val="22"/>
                <w:lang w:val="ru-RU"/>
              </w:rPr>
              <w:t>ай</w:t>
            </w:r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мерзімге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: 2026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жылғы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«__» __________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бастап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202__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жылғы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«__» _________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дейін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______________________________</w:t>
            </w:r>
            <w:r w:rsidR="007F6465" w:rsidRPr="003A1C31">
              <w:rPr>
                <w:rFonts w:cs="Times New Roman"/>
                <w:sz w:val="22"/>
                <w:lang w:val="ru-RU"/>
              </w:rPr>
              <w:t xml:space="preserve"> </w:t>
            </w:r>
            <w:r w:rsidRPr="003A1C31">
              <w:rPr>
                <w:rFonts w:cs="Times New Roman"/>
                <w:sz w:val="22"/>
                <w:lang w:val="ru-RU"/>
              </w:rPr>
              <w:t>_____</w:t>
            </w:r>
            <w:r w:rsidR="007F6465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мекенжайында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орналасқан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бөлмелі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бұдан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»),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сондай</w:t>
            </w:r>
            <w:r w:rsidRPr="003A1C31">
              <w:rPr>
                <w:rFonts w:cs="Times New Roman"/>
                <w:sz w:val="22"/>
                <w:lang w:val="ru-RU"/>
              </w:rPr>
              <w:t>-</w:t>
            </w:r>
            <w:r w:rsidRPr="00DE6F78">
              <w:rPr>
                <w:rFonts w:cs="Times New Roman"/>
                <w:sz w:val="22"/>
                <w:lang w:val="ru-RU"/>
              </w:rPr>
              <w:t>ақ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Пәтердегі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мына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мүлікті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берді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, </w:t>
            </w:r>
            <w:r w:rsidR="00DE6F78" w:rsidRPr="00DE6F78">
              <w:rPr>
                <w:rFonts w:cs="Times New Roman"/>
                <w:sz w:val="22"/>
                <w:lang w:val="ru-RU"/>
              </w:rPr>
              <w:t>ал</w:t>
            </w:r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оларды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қабылдап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алды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>:</w:t>
            </w:r>
          </w:p>
          <w:p w14:paraId="24430936" w14:textId="77777777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>1) _______________________________________</w:t>
            </w:r>
          </w:p>
          <w:p w14:paraId="3AC5358F" w14:textId="77777777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>2) _______________________________________</w:t>
            </w:r>
          </w:p>
          <w:p w14:paraId="3AA479BA" w14:textId="77777777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>3) _______________________________________</w:t>
            </w:r>
          </w:p>
          <w:p w14:paraId="599CFC7C" w14:textId="6783E511" w:rsidR="007F6465" w:rsidRPr="003A1C31" w:rsidRDefault="007F6465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>_________________________________________</w:t>
            </w:r>
          </w:p>
          <w:p w14:paraId="25D4BECB" w14:textId="061B1FBB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кіреберіс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есігі</w:t>
            </w:r>
            <w:r w:rsidR="00DE6F78" w:rsidRPr="00DE6F78">
              <w:rPr>
                <w:rFonts w:cs="Times New Roman"/>
                <w:sz w:val="22"/>
                <w:lang w:val="ru-RU"/>
              </w:rPr>
              <w:t>нің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r w:rsidR="00DE6F78" w:rsidRPr="003A1C31">
              <w:rPr>
                <w:rFonts w:cs="Times New Roman"/>
                <w:sz w:val="22"/>
                <w:lang w:val="ru-RU"/>
              </w:rPr>
              <w:t xml:space="preserve">____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кілтін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DA82871" w14:textId="68865FEE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1. Арендодатель переда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л, а </w:t>
            </w:r>
            <w:r w:rsidRPr="00DE6F78">
              <w:rPr>
                <w:rFonts w:cs="Times New Roman"/>
                <w:sz w:val="22"/>
                <w:lang w:val="ru-RU"/>
              </w:rPr>
              <w:t>Арендатор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 принял</w:t>
            </w:r>
            <w:r w:rsidRPr="00DE6F78">
              <w:rPr>
                <w:rFonts w:cs="Times New Roman"/>
                <w:sz w:val="22"/>
                <w:lang w:val="ru-RU"/>
              </w:rPr>
              <w:t xml:space="preserve"> в аренду сроком на __ (___________) месяцев: с «__» __________ 2026 года по «__» _________ 202__ года ____комнатную квартиру, расположенную по адресу: ________________________________________ (далее «Квартира»), а также находящееся в Квартире имущество:</w:t>
            </w:r>
          </w:p>
          <w:p w14:paraId="672467D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1) _____________________________</w:t>
            </w:r>
          </w:p>
          <w:p w14:paraId="7AAFA4FF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2) _____________________________</w:t>
            </w:r>
          </w:p>
          <w:p w14:paraId="3F59D64E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3) _____________________________</w:t>
            </w:r>
          </w:p>
          <w:p w14:paraId="747F37FD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_______________________________</w:t>
            </w:r>
          </w:p>
          <w:p w14:paraId="753718F8" w14:textId="23B8BBFD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и _</w:t>
            </w:r>
            <w:r w:rsidR="00DE6F78">
              <w:rPr>
                <w:rFonts w:cs="Times New Roman"/>
                <w:sz w:val="22"/>
                <w:lang w:val="ru-RU"/>
              </w:rPr>
              <w:t>_</w:t>
            </w:r>
            <w:r w:rsidRPr="00DE6F78">
              <w:rPr>
                <w:rFonts w:cs="Times New Roman"/>
                <w:sz w:val="22"/>
                <w:lang w:val="ru-RU"/>
              </w:rPr>
              <w:t xml:space="preserve"> ключей от входной двери Квартиры.</w:t>
            </w:r>
          </w:p>
        </w:tc>
      </w:tr>
      <w:tr w:rsidR="007E2111" w:rsidRPr="003A1C31" w14:paraId="629305CB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B3F72AB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 Ж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кіреберіс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есігінің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кілттерін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сондай-ақ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Қабылдау-тапсыру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1.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тармағында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таза,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техникалық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жағынан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жарамды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тиісті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санитариялық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қауіпсіздігі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талаптарына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сай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күйде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қабылдағанын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растайды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оларды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ұқыпты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мұқият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пайдалануға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қалыпты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тозуы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ескеріле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отырып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күйінде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екі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қоятын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міндеттенеді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C1EBF06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 Арендатор подтверждает, что принял в аренду Квартиру, ключи от входной двери Квартиры, а также находящееся в Квартире имущество, указанное в пункте 1. настоящего Акта приема-передачи, в чистом, технически исправном, надлежащем санитарном и противопожарном состоянии, обязуется пользоваться ими бережно и аккуратно и возвратить их Арендодателю в таком же состоянии, в котором он их получил, с учетом нормального износа, по Акту возврата квартиры, подписываемому обеими Сторонами.</w:t>
            </w:r>
          </w:p>
        </w:tc>
      </w:tr>
      <w:tr w:rsidR="007E2111" w:rsidRPr="003A1C31" w14:paraId="4945A39E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D523AED" w14:textId="58188D9D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 Қ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абылдау-тапсыру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қою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міндеттемелерінің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орындалуын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қамтамасыз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____________ (______________________)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теңге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мөлшерінде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кепілдік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жарнаны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депозитті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6AB6B72" w14:textId="0110AB7C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 При подписании Акта приема-передачи Арендатор передал Арендодателю в обеспечение исполнения своих обязательств по Договору гарантийный взнос (депозит) в размере ____________ (______________________) тенге.</w:t>
            </w:r>
          </w:p>
        </w:tc>
      </w:tr>
      <w:tr w:rsidR="007E2111" w:rsidRPr="003A1C31" w14:paraId="1E451EB2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FA2CEE0" w14:textId="289C2470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4. </w:t>
            </w:r>
            <w:proofErr w:type="spellStart"/>
            <w:r w:rsidR="008B3274" w:rsidRPr="00DE6F78">
              <w:rPr>
                <w:rFonts w:cs="Times New Roman"/>
                <w:sz w:val="22"/>
                <w:lang w:val="ru-RU"/>
              </w:rPr>
              <w:t>К</w:t>
            </w:r>
            <w:r w:rsidRPr="00DE6F78">
              <w:rPr>
                <w:rFonts w:cs="Times New Roman"/>
                <w:sz w:val="22"/>
                <w:lang w:val="ru-RU"/>
              </w:rPr>
              <w:t>оммуналдық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есептегіштерінің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көрсеткіштері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:</w:t>
            </w:r>
          </w:p>
          <w:p w14:paraId="73E71F1E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-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ыстық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су: ______, -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суық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су: ______,</w:t>
            </w:r>
          </w:p>
          <w:p w14:paraId="04A1C780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-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электр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энергиясы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: ______, - газ: ______.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D6F27E1" w14:textId="3D42EA31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 Показа</w:t>
            </w:r>
            <w:r w:rsidR="008B3274" w:rsidRPr="00DE6F78">
              <w:rPr>
                <w:rFonts w:cs="Times New Roman"/>
                <w:sz w:val="22"/>
                <w:lang w:val="ru-RU"/>
              </w:rPr>
              <w:t>ния</w:t>
            </w:r>
            <w:r w:rsidRPr="00DE6F78">
              <w:rPr>
                <w:rFonts w:cs="Times New Roman"/>
                <w:sz w:val="22"/>
                <w:lang w:val="ru-RU"/>
              </w:rPr>
              <w:t xml:space="preserve"> счетчиков учета коммунальных услуг:</w:t>
            </w:r>
          </w:p>
          <w:p w14:paraId="3C59CD49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- горячая вода: ______, - холодная вода: ______,</w:t>
            </w:r>
          </w:p>
          <w:p w14:paraId="5C254E99" w14:textId="19EA5476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- электроэнергия:</w:t>
            </w:r>
            <w:r w:rsidR="00A057AF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______, - газ: ______.</w:t>
            </w:r>
          </w:p>
        </w:tc>
      </w:tr>
      <w:tr w:rsidR="007E2111" w:rsidRPr="003A1C31" w14:paraId="516CC296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9C61526" w14:textId="54FE8026" w:rsidR="007E2111" w:rsidRPr="00DE6F78" w:rsidRDefault="00D8470F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5</w:t>
            </w:r>
            <w:r w:rsidRPr="00DE6F78">
              <w:rPr>
                <w:rFonts w:cs="Times New Roman"/>
                <w:sz w:val="22"/>
                <w:lang w:val="ru-RU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Қабылдау-тапсыру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данадан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r>
              <w:rPr>
                <w:rFonts w:cs="Times New Roman"/>
                <w:sz w:val="22"/>
                <w:lang w:val="ru-RU"/>
              </w:rPr>
              <w:t>2</w:t>
            </w:r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данада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жасалды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F260A7A" w14:textId="50B7178C" w:rsidR="007E2111" w:rsidRPr="00DE6F78" w:rsidRDefault="00D8470F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5</w:t>
            </w:r>
            <w:r w:rsidRPr="00DE6F78">
              <w:rPr>
                <w:rFonts w:cs="Times New Roman"/>
                <w:sz w:val="22"/>
                <w:lang w:val="ru-RU"/>
              </w:rPr>
              <w:t xml:space="preserve">. Акт приема-передачи составлен в </w:t>
            </w:r>
            <w:r>
              <w:rPr>
                <w:rFonts w:cs="Times New Roman"/>
                <w:sz w:val="22"/>
                <w:lang w:val="ru-RU"/>
              </w:rPr>
              <w:t>2-х</w:t>
            </w:r>
            <w:r w:rsidRPr="00DE6F78">
              <w:rPr>
                <w:rFonts w:cs="Times New Roman"/>
                <w:sz w:val="22"/>
                <w:lang w:val="ru-RU"/>
              </w:rPr>
              <w:t xml:space="preserve"> экземплярах, по одному экземпляру для каждой Стороны.</w:t>
            </w:r>
          </w:p>
        </w:tc>
      </w:tr>
      <w:tr w:rsidR="008B3274" w:rsidRPr="00DE6F78" w14:paraId="3B158425" w14:textId="77777777" w:rsidTr="000D67FA">
        <w:tc>
          <w:tcPr>
            <w:tcW w:w="10432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CDD265D" w14:textId="449FABC3" w:rsidR="008B3274" w:rsidRPr="00DE6F78" w:rsidRDefault="008B3274" w:rsidP="008B3274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>ТАРАПТАРДЫҢ ҚОЛДАРЫ</w:t>
            </w:r>
            <w:r w:rsidRPr="00DE6F78">
              <w:rPr>
                <w:rFonts w:cs="Times New Roman"/>
                <w:b/>
                <w:sz w:val="22"/>
                <w:lang w:val="ru-RU"/>
              </w:rPr>
              <w:t>/</w:t>
            </w:r>
            <w:r w:rsidRPr="00DE6F78">
              <w:rPr>
                <w:rFonts w:cs="Times New Roman"/>
                <w:b/>
                <w:sz w:val="22"/>
              </w:rPr>
              <w:t>ПОДПИСИ СТОРОН:</w:t>
            </w:r>
          </w:p>
        </w:tc>
      </w:tr>
      <w:tr w:rsidR="007E2111" w:rsidRPr="003A1C31" w14:paraId="50F58990" w14:textId="77777777">
        <w:trPr>
          <w:cantSplit/>
        </w:trPr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6B50023" w14:textId="267F390C" w:rsidR="008B3274" w:rsidRPr="00DE6F78" w:rsidRDefault="00000000" w:rsidP="008B3274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беруші</w:t>
            </w:r>
            <w:proofErr w:type="spellEnd"/>
            <w:r w:rsidR="008B3274" w:rsidRPr="00DE6F78">
              <w:rPr>
                <w:rFonts w:cs="Times New Roman"/>
                <w:b/>
                <w:bCs/>
                <w:sz w:val="22"/>
                <w:lang w:val="ru-RU"/>
              </w:rPr>
              <w:t>/Арендодатель</w:t>
            </w:r>
          </w:p>
          <w:p w14:paraId="6B962DED" w14:textId="485D5DC3" w:rsidR="007E2111" w:rsidRPr="00DE6F78" w:rsidRDefault="008B3274" w:rsidP="00E87592">
            <w:pPr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_____________________________________</w:t>
            </w:r>
          </w:p>
          <w:p w14:paraId="159BBC63" w14:textId="32BF77B6" w:rsidR="007E2111" w:rsidRPr="00DE6F78" w:rsidRDefault="008B3274" w:rsidP="008B3274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             (</w:t>
            </w:r>
            <w:r w:rsidRPr="00DE6F78">
              <w:rPr>
                <w:rFonts w:cs="Times New Roman"/>
                <w:sz w:val="22"/>
                <w:lang w:val="kk-KZ"/>
              </w:rPr>
              <w:t>Т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  <w:r w:rsidRPr="00DE6F78">
              <w:rPr>
                <w:rFonts w:cs="Times New Roman"/>
                <w:sz w:val="22"/>
                <w:lang w:val="kk-KZ"/>
              </w:rPr>
              <w:t xml:space="preserve">А.Ә. және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/Ф.И.О. и подпись)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FF08B22" w14:textId="15D14DE0" w:rsidR="008B3274" w:rsidRPr="00DE6F78" w:rsidRDefault="008B3274" w:rsidP="008B3274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/Арендатор</w:t>
            </w:r>
          </w:p>
          <w:p w14:paraId="41308E95" w14:textId="6D450FDB" w:rsidR="007E2111" w:rsidRPr="00DE6F78" w:rsidRDefault="00000000" w:rsidP="00E87592">
            <w:pPr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__________________________</w:t>
            </w:r>
            <w:r w:rsidR="008B3274" w:rsidRPr="00DE6F78">
              <w:rPr>
                <w:rFonts w:cs="Times New Roman"/>
                <w:sz w:val="22"/>
                <w:lang w:val="ru-RU"/>
              </w:rPr>
              <w:t>____________</w:t>
            </w:r>
            <w:r w:rsidRPr="00DE6F78">
              <w:rPr>
                <w:rFonts w:cs="Times New Roman"/>
                <w:sz w:val="22"/>
                <w:lang w:val="ru-RU"/>
              </w:rPr>
              <w:t>__</w:t>
            </w:r>
          </w:p>
          <w:p w14:paraId="2A210CD1" w14:textId="6E4A2C5B" w:rsidR="007E2111" w:rsidRPr="00DE6F78" w:rsidRDefault="008B3274" w:rsidP="008B3274">
            <w:pPr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(</w:t>
            </w:r>
            <w:r w:rsidRPr="00DE6F78">
              <w:rPr>
                <w:rFonts w:cs="Times New Roman"/>
                <w:sz w:val="22"/>
                <w:lang w:val="kk-KZ"/>
              </w:rPr>
              <w:t>Т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  <w:r w:rsidRPr="00DE6F78">
              <w:rPr>
                <w:rFonts w:cs="Times New Roman"/>
                <w:sz w:val="22"/>
                <w:lang w:val="kk-KZ"/>
              </w:rPr>
              <w:t xml:space="preserve">А.Ә. және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/Ф.И.О. и подпись)</w:t>
            </w:r>
          </w:p>
        </w:tc>
      </w:tr>
    </w:tbl>
    <w:p w14:paraId="51770B4D" w14:textId="77777777" w:rsidR="000F6C1B" w:rsidRPr="00DE6F78" w:rsidRDefault="000F6C1B" w:rsidP="00E87592">
      <w:pPr>
        <w:spacing w:after="0"/>
        <w:rPr>
          <w:rFonts w:cs="Times New Roman"/>
          <w:sz w:val="22"/>
          <w:lang w:val="ru-RU"/>
        </w:rPr>
      </w:pPr>
    </w:p>
    <w:sectPr w:rsidR="000F6C1B" w:rsidRPr="00DE6F78" w:rsidSect="00127B36">
      <w:headerReference w:type="default" r:id="rId8"/>
      <w:footerReference w:type="default" r:id="rId9"/>
      <w:footerReference w:type="first" r:id="rId10"/>
      <w:pgSz w:w="11906" w:h="16838"/>
      <w:pgMar w:top="850" w:right="737" w:bottom="850" w:left="737" w:header="720" w:footer="36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3924D" w14:textId="77777777" w:rsidR="00360C10" w:rsidRDefault="00360C10">
      <w:pPr>
        <w:spacing w:after="0"/>
      </w:pPr>
      <w:r>
        <w:separator/>
      </w:r>
    </w:p>
  </w:endnote>
  <w:endnote w:type="continuationSeparator" w:id="0">
    <w:p w14:paraId="1F4A56F5" w14:textId="77777777" w:rsidR="00360C10" w:rsidRDefault="00360C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a7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Пәтерлерді жалға беру шарттары онлайн / Договоры аренды квартир онлайн на www.Dogovorarendy.kz</w:t>
    </w: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pStyle w:val="a7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Пәтерлерді жалға беру шарттары онлайн / Договоры аренды квартир онлайн на www.Dogovorarendy.kz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148C2" w14:textId="77777777" w:rsidR="00360C10" w:rsidRDefault="00360C10">
      <w:pPr>
        <w:spacing w:after="0"/>
      </w:pPr>
      <w:r>
        <w:separator/>
      </w:r>
    </w:p>
  </w:footnote>
  <w:footnote w:type="continuationSeparator" w:id="0">
    <w:p w14:paraId="6EFFE541" w14:textId="77777777" w:rsidR="00360C10" w:rsidRDefault="00360C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4690346"/>
      <w:docPartObj>
        <w:docPartGallery w:val="Page Numbers (Top of Page)"/>
        <w:docPartUnique/>
      </w:docPartObj>
    </w:sdtPr>
    <w:sdtContent>
      <w:p w14:paraId="0DB397D7" w14:textId="5040C403" w:rsidR="00127B36" w:rsidRDefault="00127B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BDA3949" w14:textId="77777777" w:rsidR="00421D46" w:rsidRDefault="00421D4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2294116">
    <w:abstractNumId w:val="8"/>
  </w:num>
  <w:num w:numId="2" w16cid:durableId="1743747924">
    <w:abstractNumId w:val="6"/>
  </w:num>
  <w:num w:numId="3" w16cid:durableId="93744913">
    <w:abstractNumId w:val="5"/>
  </w:num>
  <w:num w:numId="4" w16cid:durableId="957032559">
    <w:abstractNumId w:val="4"/>
  </w:num>
  <w:num w:numId="5" w16cid:durableId="474297167">
    <w:abstractNumId w:val="7"/>
  </w:num>
  <w:num w:numId="6" w16cid:durableId="573130913">
    <w:abstractNumId w:val="3"/>
  </w:num>
  <w:num w:numId="7" w16cid:durableId="1627657539">
    <w:abstractNumId w:val="2"/>
  </w:num>
  <w:num w:numId="8" w16cid:durableId="523835496">
    <w:abstractNumId w:val="1"/>
  </w:num>
  <w:num w:numId="9" w16cid:durableId="20429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7AA"/>
    <w:rsid w:val="0006063C"/>
    <w:rsid w:val="000F6C1B"/>
    <w:rsid w:val="00104A11"/>
    <w:rsid w:val="00117F42"/>
    <w:rsid w:val="00127B36"/>
    <w:rsid w:val="00147756"/>
    <w:rsid w:val="0015074B"/>
    <w:rsid w:val="001C0BF2"/>
    <w:rsid w:val="002935C8"/>
    <w:rsid w:val="0029639D"/>
    <w:rsid w:val="002D065B"/>
    <w:rsid w:val="00326F90"/>
    <w:rsid w:val="00360C10"/>
    <w:rsid w:val="003A1C31"/>
    <w:rsid w:val="0042029A"/>
    <w:rsid w:val="00421D46"/>
    <w:rsid w:val="004301F4"/>
    <w:rsid w:val="006957DF"/>
    <w:rsid w:val="0076439B"/>
    <w:rsid w:val="007E2111"/>
    <w:rsid w:val="007F6465"/>
    <w:rsid w:val="008B3274"/>
    <w:rsid w:val="008C4807"/>
    <w:rsid w:val="009C494A"/>
    <w:rsid w:val="009E57D8"/>
    <w:rsid w:val="00A057AF"/>
    <w:rsid w:val="00A52BBD"/>
    <w:rsid w:val="00A66E0E"/>
    <w:rsid w:val="00A674F0"/>
    <w:rsid w:val="00AA1D8D"/>
    <w:rsid w:val="00B47730"/>
    <w:rsid w:val="00BC25AB"/>
    <w:rsid w:val="00C97991"/>
    <w:rsid w:val="00CB0664"/>
    <w:rsid w:val="00D41C13"/>
    <w:rsid w:val="00D8470F"/>
    <w:rsid w:val="00DE6F78"/>
    <w:rsid w:val="00E87592"/>
    <w:rsid w:val="00EE66A4"/>
    <w:rsid w:val="00F302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EC5ADC"/>
  <w14:defaultImageDpi w14:val="300"/>
  <w15:docId w15:val="{1293A53D-9974-407A-A623-62AFD33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3639</Words>
  <Characters>20746</Characters>
  <Application>Microsoft Office Word</Application>
  <DocSecurity>0</DocSecurity>
  <Lines>172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Тимур Данабаев</cp:lastModifiedBy>
  <cp:revision>18</cp:revision>
  <cp:lastPrinted>2026-10-16T04:46:00Z</cp:lastPrinted>
  <dcterms:created xsi:type="dcterms:W3CDTF">2013-12-23T23:15:00Z</dcterms:created>
  <dcterms:modified xsi:type="dcterms:W3CDTF">2026-10-16T09:17:00Z</dcterms:modified>
  <cp:category/>
</cp:coreProperties>
</file>