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</w:tblGrid>
      <w:tr w:rsidR="008B3274" w:rsidRPr="003A1C31" w14:paraId="31A32D97" w14:textId="77777777" w:rsidTr="00273C1C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F291E0B" w14:textId="77777777" w:rsidR="007F6465" w:rsidRDefault="008B3274" w:rsidP="007F6465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</w:pPr>
            <w:r w:rsidRPr="00DE6F7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ПӘТЕРДІ ҚАЙТАРУ АКТІСІ</w:t>
            </w:r>
          </w:p>
          <w:p w14:paraId="1CA99AC5" w14:textId="690DBD6E" w:rsidR="008B3274" w:rsidRPr="00DE6F78" w:rsidRDefault="008B3274" w:rsidP="007F6465">
            <w:pPr>
              <w:pStyle w:val="aa"/>
              <w:keepNext/>
              <w:pBdr>
                <w:bottom w:val="nil"/>
              </w:pBdr>
              <w:spacing w:after="0"/>
              <w:jc w:val="center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DE6F78">
              <w:rPr>
                <w:rFonts w:ascii="Times New Roman" w:hAnsi="Times New Roman" w:cs="Times New Roman"/>
                <w:b/>
                <w:sz w:val="22"/>
                <w:szCs w:val="22"/>
                <w:lang w:val="ru-RU"/>
              </w:rPr>
              <w:t>АКТ ВОЗВРАТА КВАРТИРЫ</w:t>
            </w:r>
          </w:p>
        </w:tc>
      </w:tr>
      <w:tr w:rsidR="008B3274" w:rsidRPr="00DE6F78" w14:paraId="363151B6" w14:textId="77777777" w:rsidTr="00F0076E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3F4787CB" w14:textId="55E84C59" w:rsidR="008B3274" w:rsidRPr="00DE6F78" w:rsidRDefault="008B3274" w:rsidP="008B3274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</w:rPr>
              <w:t>қ.</w:t>
            </w:r>
            <w:r w:rsidRPr="00DE6F78">
              <w:rPr>
                <w:rFonts w:cs="Times New Roman"/>
                <w:sz w:val="22"/>
                <w:lang w:val="ru-RU"/>
              </w:rPr>
              <w:t>г.</w:t>
            </w:r>
            <w:r w:rsidRPr="00DE6F78">
              <w:rPr>
                <w:rFonts w:cs="Times New Roman"/>
                <w:sz w:val="22"/>
              </w:rPr>
              <w:t xml:space="preserve"> ___________ </w:t>
            </w:r>
            <w:r w:rsidRPr="00DE6F78">
              <w:rPr>
                <w:rFonts w:cs="Times New Roman"/>
                <w:sz w:val="22"/>
                <w:lang w:val="ru-RU"/>
              </w:rPr>
              <w:t xml:space="preserve">           </w:t>
            </w:r>
            <w:r w:rsidRPr="00DE6F78">
              <w:rPr>
                <w:rFonts w:cs="Times New Roman"/>
                <w:sz w:val="22"/>
              </w:rPr>
              <w:t xml:space="preserve"> </w:t>
            </w:r>
            <w:r w:rsidRPr="00DE6F78">
              <w:rPr>
                <w:rFonts w:cs="Times New Roman"/>
                <w:sz w:val="22"/>
                <w:lang w:val="ru-RU"/>
              </w:rPr>
              <w:t xml:space="preserve">                                                                                   </w:t>
            </w:r>
            <w:r w:rsidR="007F6465">
              <w:rPr>
                <w:rFonts w:cs="Times New Roman"/>
                <w:sz w:val="22"/>
                <w:lang w:val="ru-RU"/>
              </w:rPr>
              <w:t xml:space="preserve">              </w:t>
            </w:r>
            <w:r w:rsidRPr="00DE6F78">
              <w:rPr>
                <w:rFonts w:cs="Times New Roman"/>
                <w:sz w:val="22"/>
              </w:rPr>
              <w:t>«__» _______ 2026</w:t>
            </w:r>
            <w:r w:rsidRPr="00DE6F78">
              <w:rPr>
                <w:rFonts w:cs="Times New Roman"/>
                <w:sz w:val="22"/>
                <w:lang w:val="ru-RU"/>
              </w:rPr>
              <w:t xml:space="preserve"> ж/</w:t>
            </w:r>
            <w:r w:rsidRPr="00DE6F78">
              <w:rPr>
                <w:rFonts w:cs="Times New Roman"/>
                <w:sz w:val="22"/>
              </w:rPr>
              <w:t>г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</w:p>
        </w:tc>
      </w:tr>
      <w:tr w:rsidR="007E2111" w:rsidRPr="003A1C31" w14:paraId="5DC5E06C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_________________________ (Т.А.Ә.), бұдан әрі «Жалға беруші» деп аталатын, бір тараптан және _________________________ (Т.А.Ә.), бұдан әрі «Жалға алушы» деп аталатын, екінші тараптан, Тараптар арасында 2026 жылғы «__» __________ жасалған Пәтерді жалға беру шартының (бұдан әрі – «Шарт») ажырамас бөлігі болып табылатын осы Пәтерді қайтару актісін (бұдан әрі – «Пәтерді қайтару актісі») төмендегілер туралы жасап, оған қол қойды: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_________________________ (Ф.И.О.), далее «Арендодатель», с одной стороны, и ________________________ (Ф.И.О.), далее «Арендатор», со второй стороны, составили и подписали настоящий Акт возврата квартиры (далее - «Акт возврата квартиры»), который является неотъемлемой частью Договора аренды квартиры, заключенного между Сторонами «__»________ 2026 года, о нижеследующем:</w:t>
            </w:r>
          </w:p>
        </w:tc>
      </w:tr>
      <w:tr w:rsidR="007E2111" w:rsidRPr="003A1C31" w14:paraId="5DC5E06C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1. Жалға алушы ______________________________ мекенжайында орналасқан пәтерді (бұдан әрі – «Пәтер»), сондай-ақ ондағы мына мүлікті Жалға берушіге қайтарды, ал Жалға беруші оларды қабылдап алды: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1) 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2) 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3) 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______________________________________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және Пәтердің кіреберіс есігінің ___ кілтін.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1. Арендатор возвратил, а Арендодатель принял квартиру, расположенную по адресу: ________________________ (далее «квартира»), а также находящееся в ней имущество: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1) 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2) 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3) 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и ___ ключей от входной двери квартиры.</w:t>
            </w:r>
          </w:p>
        </w:tc>
      </w:tr>
      <w:tr w:rsidR="007E2111" w:rsidRPr="003A1C31" w14:paraId="5DC5E06C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2. Пәтердің және Жалға берушінің мүлкінің жай-күйі (</w:t>
            </w:r>
            <w:r>
              <w:rPr>
                <w:rFonts w:cs="Times New Roman"/>
                <w:i/>
                <w:sz w:val="22"/>
                <w:lang w:val="kk-KZ"/>
              </w:rPr>
              <w:t xml:space="preserve">қажеттісін белгілеу керек</w:t>
            </w:r>
            <w:r>
              <w:rPr>
                <w:rFonts w:cs="Times New Roman"/>
                <w:sz w:val="22"/>
                <w:lang w:val="kk-KZ"/>
              </w:rPr>
              <w:t xml:space="preserve">):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қалыпты тозуы ескеріле отырып, Жалға алушыға берілген кездегі жай-күйіне сәйкес келеді;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мынадай зақымданулар, ақаулар немесе өзге де ескертулер бар: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__________________________________________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Кемшіліктерді жою немесе залалды өтеу жөніндегі Тараптардың келісімдері, оның ішінде сомалар мен мерзімдер: ______________________________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2. Состояние квартиры и имущества Арендодателя (</w:t>
            </w:r>
            <w:r>
              <w:rPr>
                <w:rFonts w:cs="Times New Roman"/>
                <w:i/>
                <w:sz w:val="22"/>
                <w:lang w:val="ru-RU"/>
              </w:rPr>
              <w:t xml:space="preserve">нужное отметить</w:t>
            </w:r>
            <w:r>
              <w:rPr>
                <w:rFonts w:cs="Times New Roman"/>
                <w:sz w:val="22"/>
                <w:lang w:val="ru-RU"/>
              </w:rPr>
              <w:t xml:space="preserve">):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соответствуют состоянию, в котором находились при передаче Арендатору, с учетом нормального износа;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имеются следующие повреждения, неисправности или иные замечания: ____________ ______________________________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Договорённости Сторон об устранении недостатков или возмещении ущерба, включая суммы и сроки: ______________________________</w:t>
            </w:r>
          </w:p>
        </w:tc>
      </w:tr>
      <w:tr w:rsidR="007E2111" w:rsidRPr="003A1C31" w14:paraId="5DC5E06C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3. Кепілдік жарна (депозит) (</w:t>
            </w:r>
            <w:r>
              <w:rPr>
                <w:rFonts w:cs="Times New Roman"/>
                <w:i/>
                <w:sz w:val="22"/>
                <w:lang w:val="kk-KZ"/>
              </w:rPr>
              <w:t xml:space="preserve">қажеттісін белгілеу керек</w:t>
            </w:r>
            <w:r>
              <w:rPr>
                <w:rFonts w:cs="Times New Roman"/>
                <w:sz w:val="22"/>
                <w:lang w:val="kk-KZ"/>
              </w:rPr>
              <w:t xml:space="preserve">):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кепілдік жарна (депозит) енгізілген жоқ;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_________ (________________________) теңге мөлшеріндегі кепілдік жарна (депозит) Жалға алушыға толық қайтарылды;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_________ (________________________) теңге мөлшеріндегі кепілдік жарнаны (депозитті) Жалға беруші 202_ жылғы «__» __________ дейін қайтарады;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_________ (________________________) теңге мөлшеріндегі кепілдік жарнадан Тараптардың келісімі бойынша ____________ (________________________) теңге ____________________________ есебіне Жалға беруші ұстап қалды. Кепілдік жарнаның (депозиттің) _________ (________________________) теңге мөлшеріндегі қалдығы:</w:t>
            </w:r>
          </w:p>
          <w:p>
            <w:pPr>
              <w:spacing w:after="0"/>
              <w:ind w:left="284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Жалға алушыға қайтарылды;</w:t>
            </w:r>
          </w:p>
          <w:p>
            <w:pPr>
              <w:spacing w:after="0"/>
              <w:ind w:left="284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kk-KZ"/>
              </w:rPr>
              <w:t xml:space="preserve">☐</w:t>
            </w:r>
            <w:r>
              <w:rPr>
                <w:rFonts w:cs="Times New Roman"/>
                <w:sz w:val="22"/>
                <w:lang w:val="kk-KZ"/>
              </w:rPr>
              <w:t xml:space="preserve"> Жалға алушыға 202_ жылғы «__» __________ кешіктірілмей қайтарылуы тиіс.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3. Гарантийный взнос (депозит) (</w:t>
            </w:r>
            <w:r>
              <w:rPr>
                <w:rFonts w:cs="Times New Roman"/>
                <w:i/>
                <w:sz w:val="22"/>
                <w:lang w:val="ru-RU"/>
              </w:rPr>
              <w:t xml:space="preserve">нужное отметить</w:t>
            </w:r>
            <w:r>
              <w:rPr>
                <w:rFonts w:cs="Times New Roman"/>
                <w:sz w:val="22"/>
                <w:lang w:val="ru-RU"/>
              </w:rPr>
              <w:t xml:space="preserve">):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гарантийный взнос (депозит) не вносился;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гарантийный взнос (депозит) в размере _________ (________________________) тенге возвращён Арендатору полностью;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гарантийный взнос (депозит) в размере _________ (________________________) тенге будет возвращён Арендодателем в срок до «__» _________ 202_ года;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из гарантийного взноса в размере ________ (_______________________) тенге по соглашению Сторон удержано Арендодателем ________ (_____________________) тенге в счёт _______ ______________________________. Остаток гарантийного взноса (депозита) в размере ________ (__________________) тенге:</w:t>
            </w:r>
          </w:p>
          <w:p>
            <w:pPr>
              <w:spacing w:after="0"/>
              <w:ind w:left="284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возвращен Арендатору;</w:t>
            </w:r>
          </w:p>
          <w:p>
            <w:pPr>
              <w:spacing w:after="0"/>
              <w:ind w:left="284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Segoe UI Symbol" w:ascii="Segoe UI Symbol" w:hAnsi="Segoe UI Symbol"/>
                <w:sz w:val="22"/>
                <w:lang w:val="ru-RU"/>
              </w:rPr>
              <w:t xml:space="preserve">☐</w:t>
            </w:r>
            <w:r>
              <w:rPr>
                <w:rFonts w:cs="Times New Roman"/>
                <w:sz w:val="22"/>
                <w:lang w:val="ru-RU"/>
              </w:rPr>
              <w:t xml:space="preserve"> подлежит возврату Арендатору не позднее «</w:t>
            </w:r>
            <w:r>
              <w:rPr>
                <w:rFonts w:cs="Times New Roman"/>
                <w:b/>
                <w:sz w:val="22"/>
                <w:lang w:val="ru-RU"/>
              </w:rPr>
              <w:t xml:space="preserve">__</w:t>
            </w:r>
            <w:r>
              <w:rPr>
                <w:rFonts w:cs="Times New Roman"/>
                <w:sz w:val="22"/>
                <w:lang w:val="ru-RU"/>
              </w:rPr>
              <w:t xml:space="preserve">» ________ 202_ года.</w:t>
            </w:r>
          </w:p>
        </w:tc>
      </w:tr>
      <w:tr w:rsidR="007E2111" w:rsidRPr="003A1C31" w14:paraId="5DC5E06C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4. Коммуналдық қызметтерді есепке алу есептегіштерінің көрсеткіштері: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– ыстық су: ______, – суық су: ______,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– электр энергиясы: ______, – газ: ______.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4. Показания счетчиков учета коммунальных услуг: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- горячей воды: ______, - холодной воды: ______,</w:t>
            </w:r>
          </w:p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- электроэнергии: ______, - газа: ______.</w:t>
            </w:r>
          </w:p>
        </w:tc>
      </w:tr>
      <w:tr w:rsidR="007E2111" w:rsidRPr="003A1C31" w14:paraId="5DC5E06C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kk-KZ"/>
              </w:rPr>
              <w:t xml:space="preserve">5. Пәтерді қайтару актісі заңдық күші бірдей екі данада, әр Тарап үшін бір данадан жасалды.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>
            <w:pPr>
              <w:spacing w:after="0"/>
              <w:jc w:val="both"/>
              <w:rPr>
                <w:rFonts w:cs="Times New Roman"/>
                <w:sz w:val="22"/>
                <w:lang w:val="ru-RU"/>
              </w:rPr>
            </w:pPr>
            <w:r>
              <w:rPr>
                <w:rFonts w:cs="Times New Roman"/>
                <w:sz w:val="22"/>
                <w:lang w:val="ru-RU"/>
              </w:rPr>
              <w:t xml:space="preserve">5. Акт возврата квартиры составлен в 2-х экземплярах, имеющих равную юридическую силу, по одному экземпляру для каждой Стороны.</w:t>
            </w:r>
          </w:p>
        </w:tc>
      </w:tr>
      <w:tr w:rsidR="008B3274" w:rsidRPr="00DE6F78" w14:paraId="3B158425" w14:textId="77777777" w:rsidTr="000D67FA">
        <w:tc>
          <w:tcPr>
            <w:tcW w:w="10432" w:type="dxa"/>
            <w:gridSpan w:val="2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2CDD265D" w14:textId="449FABC3" w:rsidR="008B3274" w:rsidRPr="00DE6F78" w:rsidRDefault="008B3274" w:rsidP="008B3274">
            <w:pPr>
              <w:keepNext/>
              <w:spacing w:after="0"/>
              <w:jc w:val="center"/>
              <w:rPr>
                <w:rFonts w:cs="Times New Roman"/>
                <w:sz w:val="22"/>
              </w:rPr>
            </w:pPr>
            <w:r w:rsidRPr="00DE6F78">
              <w:rPr>
                <w:rFonts w:cs="Times New Roman"/>
                <w:b/>
                <w:sz w:val="22"/>
              </w:rPr>
              <w:t>ТАРАПТАРДЫҢ ҚОЛДАРЫ</w:t>
            </w:r>
            <w:r w:rsidRPr="00DE6F78">
              <w:rPr>
                <w:rFonts w:cs="Times New Roman"/>
                <w:b/>
                <w:sz w:val="22"/>
                <w:lang w:val="ru-RU"/>
              </w:rPr>
              <w:t>/</w:t>
            </w:r>
            <w:r w:rsidRPr="00DE6F78">
              <w:rPr>
                <w:rFonts w:cs="Times New Roman"/>
                <w:b/>
                <w:sz w:val="22"/>
              </w:rPr>
              <w:t>ПОДПИСИ СТОРОН:</w:t>
            </w:r>
          </w:p>
        </w:tc>
      </w:tr>
      <w:tr w:rsidR="007E2111" w:rsidRPr="003A1C31" w14:paraId="50F58990" w14:textId="77777777">
        <w:trPr>
          <w:cantSplit/>
        </w:trPr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46B50023" w14:textId="267F390C" w:rsidR="008B3274" w:rsidRPr="00DE6F78" w:rsidRDefault="00000000" w:rsidP="008B3274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беруші</w:t>
            </w:r>
            <w:proofErr w:type="spellEnd"/>
            <w:r w:rsidR="008B3274" w:rsidRPr="00DE6F78">
              <w:rPr>
                <w:rFonts w:cs="Times New Roman"/>
                <w:b/>
                <w:bCs/>
                <w:sz w:val="22"/>
                <w:lang w:val="ru-RU"/>
              </w:rPr>
              <w:t>/Арендодатель</w:t>
            </w:r>
          </w:p>
          <w:p w14:paraId="6B962DED" w14:textId="485D5DC3" w:rsidR="007E2111" w:rsidRPr="00DE6F78" w:rsidRDefault="008B3274" w:rsidP="00E87592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_____________________________________</w:t>
            </w:r>
          </w:p>
          <w:p w14:paraId="159BBC63" w14:textId="32BF77B6" w:rsidR="007E2111" w:rsidRPr="00DE6F78" w:rsidRDefault="008B3274" w:rsidP="008B3274">
            <w:pPr>
              <w:spacing w:after="0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 xml:space="preserve">             (</w:t>
            </w:r>
            <w:r w:rsidRPr="00DE6F78">
              <w:rPr>
                <w:rFonts w:cs="Times New Roman"/>
                <w:sz w:val="22"/>
                <w:lang w:val="kk-KZ"/>
              </w:rPr>
              <w:t>Т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  <w:r w:rsidRPr="00DE6F78">
              <w:rPr>
                <w:rFonts w:cs="Times New Roman"/>
                <w:sz w:val="22"/>
                <w:lang w:val="kk-KZ"/>
              </w:rPr>
              <w:t xml:space="preserve">А.Ә. және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/Ф.И.О. и подпись)</w:t>
            </w:r>
          </w:p>
        </w:tc>
        <w:tc>
          <w:tcPr>
            <w:tcW w:w="5216" w:type="dxa"/>
            <w:tcMar>
              <w:top w:w="65" w:type="dxa"/>
              <w:left w:w="100" w:type="dxa"/>
              <w:bottom w:w="65" w:type="dxa"/>
              <w:right w:w="100" w:type="dxa"/>
            </w:tcMar>
          </w:tcPr>
          <w:p w14:paraId="1FF08B22" w14:textId="15D14DE0" w:rsidR="008B3274" w:rsidRPr="00DE6F78" w:rsidRDefault="008B3274" w:rsidP="008B3274">
            <w:pPr>
              <w:spacing w:after="0"/>
              <w:jc w:val="center"/>
              <w:rPr>
                <w:rFonts w:cs="Times New Roman"/>
                <w:b/>
                <w:bCs/>
                <w:sz w:val="22"/>
                <w:lang w:val="ru-RU"/>
              </w:rPr>
            </w:pP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Жалға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 xml:space="preserve"> </w:t>
            </w:r>
            <w:proofErr w:type="spellStart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алушы</w:t>
            </w:r>
            <w:proofErr w:type="spellEnd"/>
            <w:r w:rsidRPr="00DE6F78">
              <w:rPr>
                <w:rFonts w:cs="Times New Roman"/>
                <w:b/>
                <w:bCs/>
                <w:sz w:val="22"/>
                <w:lang w:val="ru-RU"/>
              </w:rPr>
              <w:t>/Арендатор</w:t>
            </w:r>
          </w:p>
          <w:p w14:paraId="41308E95" w14:textId="6D450FDB" w:rsidR="007E2111" w:rsidRPr="00DE6F78" w:rsidRDefault="00000000" w:rsidP="00E87592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__________________________</w:t>
            </w:r>
            <w:r w:rsidR="008B3274" w:rsidRPr="00DE6F78">
              <w:rPr>
                <w:rFonts w:cs="Times New Roman"/>
                <w:sz w:val="22"/>
                <w:lang w:val="ru-RU"/>
              </w:rPr>
              <w:t>____________</w:t>
            </w:r>
            <w:r w:rsidRPr="00DE6F78">
              <w:rPr>
                <w:rFonts w:cs="Times New Roman"/>
                <w:sz w:val="22"/>
                <w:lang w:val="ru-RU"/>
              </w:rPr>
              <w:t>__</w:t>
            </w:r>
          </w:p>
          <w:p w14:paraId="2A210CD1" w14:textId="6E4A2C5B" w:rsidR="007E2111" w:rsidRPr="00DE6F78" w:rsidRDefault="008B3274" w:rsidP="008B3274">
            <w:pPr>
              <w:spacing w:after="0"/>
              <w:jc w:val="center"/>
              <w:rPr>
                <w:rFonts w:cs="Times New Roman"/>
                <w:sz w:val="22"/>
                <w:lang w:val="ru-RU"/>
              </w:rPr>
            </w:pPr>
            <w:r w:rsidRPr="00DE6F78">
              <w:rPr>
                <w:rFonts w:cs="Times New Roman"/>
                <w:sz w:val="22"/>
                <w:lang w:val="ru-RU"/>
              </w:rPr>
              <w:t>(</w:t>
            </w:r>
            <w:r w:rsidRPr="00DE6F78">
              <w:rPr>
                <w:rFonts w:cs="Times New Roman"/>
                <w:sz w:val="22"/>
                <w:lang w:val="kk-KZ"/>
              </w:rPr>
              <w:t>Т</w:t>
            </w:r>
            <w:r w:rsidRPr="00DE6F78">
              <w:rPr>
                <w:rFonts w:cs="Times New Roman"/>
                <w:sz w:val="22"/>
                <w:lang w:val="ru-RU"/>
              </w:rPr>
              <w:t>.</w:t>
            </w:r>
            <w:r w:rsidRPr="00DE6F78">
              <w:rPr>
                <w:rFonts w:cs="Times New Roman"/>
                <w:sz w:val="22"/>
                <w:lang w:val="kk-KZ"/>
              </w:rPr>
              <w:t xml:space="preserve">А.Ә. және </w:t>
            </w:r>
            <w:proofErr w:type="spellStart"/>
            <w:r w:rsidRPr="00DE6F78">
              <w:rPr>
                <w:rFonts w:cs="Times New Roman"/>
                <w:sz w:val="22"/>
                <w:lang w:val="ru-RU"/>
              </w:rPr>
              <w:t>қолы</w:t>
            </w:r>
            <w:proofErr w:type="spellEnd"/>
            <w:r w:rsidRPr="00DE6F78">
              <w:rPr>
                <w:rFonts w:cs="Times New Roman"/>
                <w:sz w:val="22"/>
                <w:lang w:val="ru-RU"/>
              </w:rPr>
              <w:t>/Ф.И.О. и подпись)</w:t>
            </w:r>
          </w:p>
        </w:tc>
      </w:tr>
    </w:tbl>
    <w:p w14:paraId="51770B4D" w14:textId="77777777" w:rsidR="000F6C1B" w:rsidRPr="00DE6F78" w:rsidRDefault="000F6C1B" w:rsidP="00E87592">
      <w:pPr>
        <w:spacing w:after="0"/>
        <w:rPr>
          <w:rFonts w:cs="Times New Roman"/>
          <w:sz w:val="22"/>
          <w:lang w:val="ru-RU"/>
        </w:rPr>
      </w:pPr>
    </w:p>
    <w:sectPr w:rsidR="000F6C1B" w:rsidRPr="00DE6F78" w:rsidSect="00127B36">
      <w:headerReference w:type="default" r:id="rId8"/>
      <w:footerReference w:type="default" r:id="rId9"/>
      <w:footerReference w:type="first" r:id="rId10"/>
      <w:pgSz w:w="11906" w:h="16838"/>
      <w:pgMar w:top="850" w:right="737" w:bottom="850" w:left="737" w:header="720" w:footer="36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53924D" w14:textId="77777777" w:rsidR="00360C10" w:rsidRDefault="00360C10">
      <w:pPr>
        <w:spacing w:after="0"/>
      </w:pPr>
      <w:r>
        <w:separator/>
      </w:r>
    </w:p>
  </w:endnote>
  <w:endnote w:type="continuationSeparator" w:id="0">
    <w:p w14:paraId="1F4A56F5" w14:textId="77777777" w:rsidR="00360C10" w:rsidRDefault="00360C1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a7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Пәтерлерді жалға беру шарттары онлайн / Договоры аренды квартир онлайн на www.Dogovorarendy.kz</w:t>
    </w:r>
  </w:p>
</w:ftr>
</file>

<file path=word/footer2.xml><?xml version="1.0" encoding="utf-8"?>
<w:ftr xmlns:w="http://schemas.openxmlformats.org/wordprocessingml/2006/main" xmlns:r="http://schemas.openxmlformats.org/officeDocument/2006/relationships">
  <w:p>
    <w:pPr>
      <w:pStyle w:val="a7"/>
      <w:spacing w:after="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>
      <w:rPr>
        <w:rFonts w:ascii="Times New Roman" w:hAnsi="Times New Roman" w:cs="Times New Roman"/>
        <w:i/>
        <w:iCs/>
        <w:sz w:val="22"/>
        <w:szCs w:val="22"/>
        <w:lang w:val="ru-RU"/>
      </w:rPr>
      <w:t xml:space="preserve">Пәтерлерді жалға беру шарттары онлайн / Договоры аренды квартир онлайн на www.Dogovorarendy.kz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148C2" w14:textId="77777777" w:rsidR="00360C10" w:rsidRDefault="00360C10">
      <w:pPr>
        <w:spacing w:after="0"/>
      </w:pPr>
      <w:r>
        <w:separator/>
      </w:r>
    </w:p>
  </w:footnote>
  <w:footnote w:type="continuationSeparator" w:id="0">
    <w:p w14:paraId="6EFFE541" w14:textId="77777777" w:rsidR="00360C10" w:rsidRDefault="00360C1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84690346"/>
      <w:docPartObj>
        <w:docPartGallery w:val="Page Numbers (Top of Page)"/>
        <w:docPartUnique/>
      </w:docPartObj>
    </w:sdtPr>
    <w:sdtContent>
      <w:p w14:paraId="0DB397D7" w14:textId="5040C403" w:rsidR="00127B36" w:rsidRDefault="00127B3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14:paraId="6BDA3949" w14:textId="77777777" w:rsidR="00421D46" w:rsidRDefault="00421D4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22294116">
    <w:abstractNumId w:val="8"/>
  </w:num>
  <w:num w:numId="2" w16cid:durableId="1743747924">
    <w:abstractNumId w:val="6"/>
  </w:num>
  <w:num w:numId="3" w16cid:durableId="93744913">
    <w:abstractNumId w:val="5"/>
  </w:num>
  <w:num w:numId="4" w16cid:durableId="957032559">
    <w:abstractNumId w:val="4"/>
  </w:num>
  <w:num w:numId="5" w16cid:durableId="474297167">
    <w:abstractNumId w:val="7"/>
  </w:num>
  <w:num w:numId="6" w16cid:durableId="573130913">
    <w:abstractNumId w:val="3"/>
  </w:num>
  <w:num w:numId="7" w16cid:durableId="1627657539">
    <w:abstractNumId w:val="2"/>
  </w:num>
  <w:num w:numId="8" w16cid:durableId="523835496">
    <w:abstractNumId w:val="1"/>
  </w:num>
  <w:num w:numId="9" w16cid:durableId="2042980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37AA"/>
    <w:rsid w:val="0006063C"/>
    <w:rsid w:val="000F6C1B"/>
    <w:rsid w:val="00104A11"/>
    <w:rsid w:val="00117F42"/>
    <w:rsid w:val="00127B36"/>
    <w:rsid w:val="00147756"/>
    <w:rsid w:val="0015074B"/>
    <w:rsid w:val="001C0BF2"/>
    <w:rsid w:val="002935C8"/>
    <w:rsid w:val="0029639D"/>
    <w:rsid w:val="002D065B"/>
    <w:rsid w:val="00326F90"/>
    <w:rsid w:val="00360C10"/>
    <w:rsid w:val="003A1C31"/>
    <w:rsid w:val="0042029A"/>
    <w:rsid w:val="00421D46"/>
    <w:rsid w:val="004301F4"/>
    <w:rsid w:val="006957DF"/>
    <w:rsid w:val="0076439B"/>
    <w:rsid w:val="007E2111"/>
    <w:rsid w:val="007F6465"/>
    <w:rsid w:val="008B3274"/>
    <w:rsid w:val="008C4807"/>
    <w:rsid w:val="009C494A"/>
    <w:rsid w:val="009E57D8"/>
    <w:rsid w:val="00A057AF"/>
    <w:rsid w:val="00A52BBD"/>
    <w:rsid w:val="00A66E0E"/>
    <w:rsid w:val="00A674F0"/>
    <w:rsid w:val="00AA1D8D"/>
    <w:rsid w:val="00B47730"/>
    <w:rsid w:val="00BC25AB"/>
    <w:rsid w:val="00C97991"/>
    <w:rsid w:val="00CB0664"/>
    <w:rsid w:val="00D41C13"/>
    <w:rsid w:val="00D8470F"/>
    <w:rsid w:val="00DE6F78"/>
    <w:rsid w:val="00E87592"/>
    <w:rsid w:val="00EE66A4"/>
    <w:rsid w:val="00F302F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EC5ADC"/>
  <w14:defaultImageDpi w14:val="300"/>
  <w15:docId w15:val="{1293A53D-9974-407A-A623-62AFD3373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80" w:line="240" w:lineRule="auto"/>
    </w:pPr>
    <w:rPr>
      <w:rFonts w:ascii="Times New Roman" w:hAnsi="Times New Roman"/>
      <w:color w:val="000000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3639</Words>
  <Characters>20746</Characters>
  <Application>Microsoft Office Word</Application>
  <DocSecurity>0</DocSecurity>
  <Lines>172</Lines>
  <Paragraphs>48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24337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Тимур Данабаев</cp:lastModifiedBy>
  <cp:revision>18</cp:revision>
  <cp:lastPrinted>2026-10-16T04:46:00Z</cp:lastPrinted>
  <dcterms:created xsi:type="dcterms:W3CDTF">2013-12-23T23:15:00Z</dcterms:created>
  <dcterms:modified xsi:type="dcterms:W3CDTF">2026-10-16T09:17:00Z</dcterms:modified>
  <cp:category/>
</cp:coreProperties>
</file>