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9" w:type="dxa"/>
        <w:tblInd w:w="52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5"/>
      </w:tblGrid>
      <w:tr w:rsidR="008B3274" w:rsidRPr="003A1C31" w14:paraId="066CEDBE" w14:textId="77777777" w:rsidTr="00750D18">
        <w:tc>
          <w:tcPr>
            <w:tcW w:w="10489" w:type="dxa"/>
            <w:gridSpan w:val="2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D33F62D" w14:textId="77777777" w:rsidR="008B3274" w:rsidRPr="009E57D8" w:rsidRDefault="008B3274" w:rsidP="00E87592">
            <w:pPr>
              <w:pStyle w:val="aa"/>
              <w:keepNext/>
              <w:pBdr>
                <w:bottom w:val="nil"/>
              </w:pBd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57D8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ПӘТЕРДІ ЖАЛҒА БЕРУ ШАРТЫ</w:t>
            </w:r>
          </w:p>
          <w:p w14:paraId="3AF5E55D" w14:textId="766A75BE" w:rsidR="008B3274" w:rsidRPr="009E57D8" w:rsidRDefault="008B3274" w:rsidP="00E87592">
            <w:pPr>
              <w:pStyle w:val="aa"/>
              <w:keepNext/>
              <w:pBdr>
                <w:bottom w:val="nil"/>
              </w:pBd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57D8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ДОГОВОР АРЕНДЫ КВАРТИРЫ</w:t>
            </w:r>
          </w:p>
        </w:tc>
      </w:tr>
      <w:tr w:rsidR="00D8470F" w:rsidRPr="00D8470F" w14:paraId="74B53DD9" w14:textId="77777777" w:rsidTr="00E71966">
        <w:tc>
          <w:tcPr>
            <w:tcW w:w="10489" w:type="dxa"/>
            <w:gridSpan w:val="2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C7E4F4E" w14:textId="5B40BDF9" w:rsidR="00D8470F" w:rsidRPr="00D8470F" w:rsidRDefault="00D8470F" w:rsidP="00D8470F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D8470F">
              <w:rPr>
                <w:rFonts w:cs="Times New Roman"/>
                <w:sz w:val="22"/>
                <w:lang w:val="ru-RU"/>
              </w:rPr>
              <w:t>қ.</w:t>
            </w:r>
            <w:r>
              <w:rPr>
                <w:rFonts w:cs="Times New Roman"/>
                <w:sz w:val="22"/>
                <w:lang w:val="ru-RU"/>
              </w:rPr>
              <w:t>/г.</w:t>
            </w:r>
            <w:r w:rsidRPr="00D8470F">
              <w:rPr>
                <w:rFonts w:cs="Times New Roman"/>
                <w:sz w:val="22"/>
                <w:lang w:val="ru-RU"/>
              </w:rPr>
              <w:t xml:space="preserve">__________ </w:t>
            </w:r>
            <w:r w:rsidRPr="00DE6F78">
              <w:rPr>
                <w:rFonts w:cs="Times New Roman"/>
                <w:sz w:val="22"/>
                <w:lang w:val="ru-RU"/>
              </w:rPr>
              <w:t xml:space="preserve">                        </w:t>
            </w:r>
            <w:r>
              <w:rPr>
                <w:rFonts w:cs="Times New Roman"/>
                <w:sz w:val="22"/>
                <w:lang w:val="ru-RU"/>
              </w:rPr>
              <w:t xml:space="preserve">                                                                                            </w:t>
            </w:r>
            <w:r w:rsidRPr="00D8470F">
              <w:rPr>
                <w:rFonts w:cs="Times New Roman"/>
                <w:sz w:val="22"/>
                <w:lang w:val="ru-RU"/>
              </w:rPr>
              <w:t>«__» ________2026 ж</w:t>
            </w:r>
            <w:r>
              <w:rPr>
                <w:rFonts w:cs="Times New Roman"/>
                <w:sz w:val="22"/>
                <w:lang w:val="ru-RU"/>
              </w:rPr>
              <w:t>/г.</w:t>
            </w:r>
          </w:p>
        </w:tc>
      </w:tr>
      <w:tr w:rsidR="007E2111" w:rsidRPr="003A1C31" w14:paraId="5B4B472C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81297DA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sz w:val="22"/>
              </w:rPr>
              <w:t xml:space="preserve">_________________________ (Т.А.Ә.), </w:t>
            </w:r>
            <w:proofErr w:type="spellStart"/>
            <w:r w:rsidRPr="00DE6F78">
              <w:rPr>
                <w:rFonts w:cs="Times New Roman"/>
                <w:sz w:val="22"/>
              </w:rPr>
              <w:t>бұдан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әрі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«</w:t>
            </w:r>
            <w:proofErr w:type="spellStart"/>
            <w:r w:rsidRPr="00DE6F78">
              <w:rPr>
                <w:rFonts w:cs="Times New Roman"/>
                <w:sz w:val="22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беруші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» </w:t>
            </w:r>
            <w:proofErr w:type="spellStart"/>
            <w:r w:rsidRPr="00DE6F78">
              <w:rPr>
                <w:rFonts w:cs="Times New Roman"/>
                <w:sz w:val="22"/>
              </w:rPr>
              <w:t>деп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аталатын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бір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тараптан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_______________________ (Т.А.Ә.), </w:t>
            </w:r>
            <w:proofErr w:type="spellStart"/>
            <w:r w:rsidRPr="00DE6F78">
              <w:rPr>
                <w:rFonts w:cs="Times New Roman"/>
                <w:sz w:val="22"/>
              </w:rPr>
              <w:t>бұдан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әрі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«</w:t>
            </w:r>
            <w:proofErr w:type="spellStart"/>
            <w:r w:rsidRPr="00DE6F78">
              <w:rPr>
                <w:rFonts w:cs="Times New Roman"/>
                <w:sz w:val="22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алушы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» </w:t>
            </w:r>
            <w:proofErr w:type="spellStart"/>
            <w:r w:rsidRPr="00DE6F78">
              <w:rPr>
                <w:rFonts w:cs="Times New Roman"/>
                <w:sz w:val="22"/>
              </w:rPr>
              <w:t>деп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аталатын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екінші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тараптан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бірлесіп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«</w:t>
            </w:r>
            <w:proofErr w:type="spellStart"/>
            <w:r w:rsidRPr="00DE6F78">
              <w:rPr>
                <w:rFonts w:cs="Times New Roman"/>
                <w:sz w:val="22"/>
              </w:rPr>
              <w:t>Тараптар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», </w:t>
            </w:r>
            <w:proofErr w:type="spellStart"/>
            <w:r w:rsidRPr="00DE6F78">
              <w:rPr>
                <w:rFonts w:cs="Times New Roman"/>
                <w:sz w:val="22"/>
              </w:rPr>
              <w:t>ал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жеке-жеке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жоғарыда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көрсетілгендей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«</w:t>
            </w:r>
            <w:proofErr w:type="spellStart"/>
            <w:r w:rsidRPr="00DE6F78">
              <w:rPr>
                <w:rFonts w:cs="Times New Roman"/>
                <w:sz w:val="22"/>
              </w:rPr>
              <w:t>Тарап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» </w:t>
            </w:r>
            <w:proofErr w:type="spellStart"/>
            <w:r w:rsidRPr="00DE6F78">
              <w:rPr>
                <w:rFonts w:cs="Times New Roman"/>
                <w:sz w:val="22"/>
              </w:rPr>
              <w:t>деп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аталып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төмендегілер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туралы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осы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Шартты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(</w:t>
            </w:r>
            <w:proofErr w:type="spellStart"/>
            <w:r w:rsidRPr="00DE6F78">
              <w:rPr>
                <w:rFonts w:cs="Times New Roman"/>
                <w:sz w:val="22"/>
              </w:rPr>
              <w:t>бұдан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әрі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«</w:t>
            </w:r>
            <w:proofErr w:type="spellStart"/>
            <w:r w:rsidRPr="00DE6F78">
              <w:rPr>
                <w:rFonts w:cs="Times New Roman"/>
                <w:sz w:val="22"/>
              </w:rPr>
              <w:t>Шарт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») </w:t>
            </w:r>
            <w:proofErr w:type="spellStart"/>
            <w:r w:rsidRPr="00DE6F78">
              <w:rPr>
                <w:rFonts w:cs="Times New Roman"/>
                <w:sz w:val="22"/>
              </w:rPr>
              <w:t>жасасты</w:t>
            </w:r>
            <w:proofErr w:type="spellEnd"/>
            <w:r w:rsidRPr="00DE6F78">
              <w:rPr>
                <w:rFonts w:cs="Times New Roman"/>
                <w:sz w:val="22"/>
              </w:rPr>
              <w:t>: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C58874C" w14:textId="77777777" w:rsidR="007E2111" w:rsidRPr="00DE6F78" w:rsidRDefault="00000000" w:rsidP="00E87592">
            <w:pPr>
              <w:spacing w:after="0"/>
              <w:ind w:left="43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_________________________ (Ф.И.О.), далее «Арендодатель», с одной стороны, и _______________________ (Ф.И.О.), далее «Арендатор», со второй стороны, совместно именуемые «Стороны», а по отдельности как указано выше или «Сторона», заключили настоящий Договор (далее «Договор») о нижеследующем:</w:t>
            </w:r>
          </w:p>
        </w:tc>
      </w:tr>
      <w:tr w:rsidR="007E2111" w:rsidRPr="00DE6F78" w14:paraId="51F72A66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1F657A5" w14:textId="77777777" w:rsidR="007E2111" w:rsidRPr="00DE6F78" w:rsidRDefault="00000000" w:rsidP="00E87592">
            <w:pPr>
              <w:keepNext/>
              <w:spacing w:after="0"/>
              <w:jc w:val="center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b/>
                <w:sz w:val="22"/>
              </w:rPr>
              <w:t>1. Ш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арттың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нысанасы</w:t>
            </w:r>
            <w:proofErr w:type="spellEnd"/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28D4E07" w14:textId="77777777" w:rsidR="007E2111" w:rsidRPr="00DE6F78" w:rsidRDefault="00000000" w:rsidP="00E87592">
            <w:pPr>
              <w:keepNext/>
              <w:spacing w:after="0"/>
              <w:jc w:val="center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b/>
                <w:sz w:val="22"/>
              </w:rPr>
              <w:t xml:space="preserve">1.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Предмет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Договора</w:t>
            </w:r>
            <w:proofErr w:type="spellEnd"/>
          </w:p>
        </w:tc>
      </w:tr>
      <w:tr w:rsidR="007E2111" w:rsidRPr="003A1C31" w14:paraId="5C68C8D9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2226C51" w14:textId="3478B278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sz w:val="22"/>
              </w:rPr>
              <w:t xml:space="preserve">1.1. </w:t>
            </w:r>
            <w:proofErr w:type="spellStart"/>
            <w:r w:rsidRPr="00DE6F78">
              <w:rPr>
                <w:rFonts w:cs="Times New Roman"/>
                <w:sz w:val="22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беруші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алушыға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r w:rsidRPr="00DE6F78">
              <w:rPr>
                <w:rFonts w:cs="Times New Roman"/>
                <w:b/>
                <w:bCs/>
                <w:sz w:val="22"/>
              </w:rPr>
              <w:t xml:space="preserve">___ (______)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</w:rPr>
              <w:t>ай</w:t>
            </w:r>
            <w:proofErr w:type="spellEnd"/>
            <w:r w:rsidRPr="00DE6F78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</w:rPr>
              <w:t>мерзімге</w:t>
            </w:r>
            <w:proofErr w:type="spellEnd"/>
            <w:r w:rsidRPr="00DE6F78">
              <w:rPr>
                <w:rFonts w:cs="Times New Roman"/>
                <w:b/>
                <w:bCs/>
                <w:sz w:val="22"/>
              </w:rPr>
              <w:t xml:space="preserve">: 2026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</w:rPr>
              <w:t>жылғы</w:t>
            </w:r>
            <w:proofErr w:type="spellEnd"/>
            <w:r w:rsidRPr="00DE6F78">
              <w:rPr>
                <w:rFonts w:cs="Times New Roman"/>
                <w:b/>
                <w:bCs/>
                <w:sz w:val="22"/>
              </w:rPr>
              <w:t xml:space="preserve"> «__» __________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</w:rPr>
              <w:t>бастап</w:t>
            </w:r>
            <w:proofErr w:type="spellEnd"/>
            <w:r w:rsidRPr="00DE6F78">
              <w:rPr>
                <w:rFonts w:cs="Times New Roman"/>
                <w:b/>
                <w:bCs/>
                <w:sz w:val="22"/>
              </w:rPr>
              <w:t xml:space="preserve"> 202_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</w:rPr>
              <w:t>жылғы</w:t>
            </w:r>
            <w:proofErr w:type="spellEnd"/>
            <w:r w:rsidRPr="00DE6F78">
              <w:rPr>
                <w:rFonts w:cs="Times New Roman"/>
                <w:b/>
                <w:bCs/>
                <w:sz w:val="22"/>
              </w:rPr>
              <w:t xml:space="preserve"> «___» _________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</w:rPr>
              <w:t>дейін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___________</w:t>
            </w:r>
            <w:r w:rsidR="009C494A" w:rsidRPr="00DE6F78">
              <w:rPr>
                <w:rFonts w:cs="Times New Roman"/>
                <w:sz w:val="22"/>
              </w:rPr>
              <w:t xml:space="preserve"> </w:t>
            </w:r>
            <w:r w:rsidRPr="00DE6F78">
              <w:rPr>
                <w:rFonts w:cs="Times New Roman"/>
                <w:sz w:val="22"/>
              </w:rPr>
              <w:t>_______________________________</w:t>
            </w:r>
            <w:r w:rsidR="009C494A" w:rsidRPr="00DE6F78">
              <w:rPr>
                <w:rFonts w:cs="Times New Roman"/>
                <w:sz w:val="22"/>
              </w:rPr>
              <w:t>_</w:t>
            </w:r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мекенжайында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орналасқан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__ </w:t>
            </w:r>
            <w:proofErr w:type="spellStart"/>
            <w:r w:rsidRPr="00DE6F78">
              <w:rPr>
                <w:rFonts w:cs="Times New Roman"/>
                <w:sz w:val="22"/>
              </w:rPr>
              <w:t>бөлмеден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тұратын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(</w:t>
            </w:r>
            <w:proofErr w:type="spellStart"/>
            <w:r w:rsidRPr="00DE6F78">
              <w:rPr>
                <w:rFonts w:cs="Times New Roman"/>
                <w:sz w:val="22"/>
              </w:rPr>
              <w:t>бұдан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әрі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«</w:t>
            </w:r>
            <w:proofErr w:type="spellStart"/>
            <w:r w:rsidRPr="00DE6F78">
              <w:rPr>
                <w:rFonts w:cs="Times New Roman"/>
                <w:sz w:val="22"/>
              </w:rPr>
              <w:t>Пәтер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») </w:t>
            </w:r>
            <w:proofErr w:type="spellStart"/>
            <w:r w:rsidRPr="00DE6F78">
              <w:rPr>
                <w:rFonts w:cs="Times New Roman"/>
                <w:sz w:val="22"/>
              </w:rPr>
              <w:t>уақытша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иеленуге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пайдалануға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(</w:t>
            </w:r>
            <w:proofErr w:type="spellStart"/>
            <w:r w:rsidRPr="00DE6F78">
              <w:rPr>
                <w:rFonts w:cs="Times New Roman"/>
                <w:sz w:val="22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) </w:t>
            </w:r>
            <w:proofErr w:type="spellStart"/>
            <w:r w:rsidRPr="00DE6F78">
              <w:rPr>
                <w:rFonts w:cs="Times New Roman"/>
                <w:sz w:val="22"/>
              </w:rPr>
              <w:t>береді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ал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алушы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берушіге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ай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сайын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әр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айдың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__ </w:t>
            </w:r>
            <w:proofErr w:type="spellStart"/>
            <w:r w:rsidRPr="00DE6F78">
              <w:rPr>
                <w:rFonts w:cs="Times New Roman"/>
                <w:sz w:val="22"/>
              </w:rPr>
              <w:t>күніне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дейін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(100% </w:t>
            </w:r>
            <w:proofErr w:type="spellStart"/>
            <w:r w:rsidRPr="00DE6F78">
              <w:rPr>
                <w:rFonts w:cs="Times New Roman"/>
                <w:sz w:val="22"/>
              </w:rPr>
              <w:t>алдын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ала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төлем</w:t>
            </w:r>
            <w:proofErr w:type="spellEnd"/>
            <w:r w:rsidRPr="00DE6F78">
              <w:rPr>
                <w:rFonts w:cs="Times New Roman"/>
                <w:sz w:val="22"/>
              </w:rPr>
              <w:t>)</w:t>
            </w:r>
            <w:r w:rsidR="007F6465" w:rsidRPr="007F6465">
              <w:rPr>
                <w:rFonts w:cs="Times New Roman"/>
                <w:sz w:val="22"/>
              </w:rPr>
              <w:t xml:space="preserve"> </w:t>
            </w:r>
            <w:r w:rsidRPr="00DE6F78">
              <w:rPr>
                <w:rFonts w:cs="Times New Roman"/>
                <w:sz w:val="22"/>
              </w:rPr>
              <w:t>___</w:t>
            </w:r>
            <w:r w:rsidR="009C494A" w:rsidRPr="00DE6F78">
              <w:rPr>
                <w:rFonts w:cs="Times New Roman"/>
                <w:sz w:val="22"/>
              </w:rPr>
              <w:t>___</w:t>
            </w:r>
            <w:r w:rsidRPr="00DE6F78">
              <w:rPr>
                <w:rFonts w:cs="Times New Roman"/>
                <w:sz w:val="22"/>
              </w:rPr>
              <w:t>______ (</w:t>
            </w:r>
            <w:r w:rsidR="007F6465" w:rsidRPr="007F6465">
              <w:rPr>
                <w:rFonts w:cs="Times New Roman"/>
                <w:sz w:val="22"/>
              </w:rPr>
              <w:t>____</w:t>
            </w:r>
            <w:r w:rsidRPr="00DE6F78">
              <w:rPr>
                <w:rFonts w:cs="Times New Roman"/>
                <w:sz w:val="22"/>
              </w:rPr>
              <w:t xml:space="preserve">____________________) </w:t>
            </w:r>
            <w:proofErr w:type="spellStart"/>
            <w:r w:rsidRPr="00DE6F78">
              <w:rPr>
                <w:rFonts w:cs="Times New Roman"/>
                <w:sz w:val="22"/>
              </w:rPr>
              <w:t>теңге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мөлшерінде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жалдау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ақысын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төлеуге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сондай-ақ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әр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айдың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15 </w:t>
            </w:r>
            <w:proofErr w:type="spellStart"/>
            <w:r w:rsidRPr="00DE6F78">
              <w:rPr>
                <w:rFonts w:cs="Times New Roman"/>
                <w:sz w:val="22"/>
              </w:rPr>
              <w:t>күніне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дейін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күтіп-ұстауға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пайдалануға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байланысты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барлық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коммуналдық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төлемдер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мен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алымдардың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оның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ішінде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бірақ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олармен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шектелмей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: </w:t>
            </w:r>
            <w:proofErr w:type="spellStart"/>
            <w:r w:rsidRPr="00DE6F78">
              <w:rPr>
                <w:rFonts w:cs="Times New Roman"/>
                <w:sz w:val="22"/>
              </w:rPr>
              <w:t>электр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энергиясы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газ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қоқыс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шығару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жылыту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ыстық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суық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сумен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жабдықтау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интернет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бейнебақылау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лифт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домофон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кабельдік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теледидар</w:t>
            </w:r>
            <w:proofErr w:type="spellEnd"/>
            <w:r w:rsidRPr="00DE6F78">
              <w:rPr>
                <w:rFonts w:cs="Times New Roman"/>
                <w:sz w:val="22"/>
              </w:rPr>
              <w:t>, ПИК (</w:t>
            </w:r>
            <w:proofErr w:type="spellStart"/>
            <w:r w:rsidRPr="00DE6F78">
              <w:rPr>
                <w:rFonts w:cs="Times New Roman"/>
                <w:sz w:val="22"/>
              </w:rPr>
              <w:t>пәтер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иелері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кооперативі</w:t>
            </w:r>
            <w:proofErr w:type="spellEnd"/>
            <w:r w:rsidRPr="00DE6F78">
              <w:rPr>
                <w:rFonts w:cs="Times New Roman"/>
                <w:sz w:val="22"/>
              </w:rPr>
              <w:t>), МИБ (</w:t>
            </w:r>
            <w:proofErr w:type="spellStart"/>
            <w:r w:rsidRPr="00DE6F78">
              <w:rPr>
                <w:rFonts w:cs="Times New Roman"/>
                <w:sz w:val="22"/>
              </w:rPr>
              <w:t>мүлік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иелерінің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бірлестігі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), </w:t>
            </w:r>
            <w:proofErr w:type="spellStart"/>
            <w:r w:rsidRPr="00DE6F78">
              <w:rPr>
                <w:rFonts w:cs="Times New Roman"/>
                <w:sz w:val="22"/>
              </w:rPr>
              <w:t>басқарушы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компания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қызметтері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барлық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өзге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де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төлемдер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мен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алымдардың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құнын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төлеуге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міндеттенеді</w:t>
            </w:r>
            <w:proofErr w:type="spellEnd"/>
            <w:r w:rsidRPr="00DE6F78">
              <w:rPr>
                <w:rFonts w:cs="Times New Roman"/>
                <w:sz w:val="22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DA20A0F" w14:textId="5216B885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1.1. Арендодатель передает Арендатору во временное владение и пользование (в аренду) сроком на </w:t>
            </w:r>
            <w:r w:rsidRPr="00DE6F78">
              <w:rPr>
                <w:rFonts w:cs="Times New Roman"/>
                <w:b/>
                <w:bCs/>
                <w:sz w:val="22"/>
                <w:lang w:val="ru-RU"/>
              </w:rPr>
              <w:t>___ (______) месяцев: с «__» __________ 2026 года по «___» _________ 202_ года</w:t>
            </w:r>
            <w:r w:rsidRPr="00DE6F78">
              <w:rPr>
                <w:rFonts w:cs="Times New Roman"/>
                <w:sz w:val="22"/>
                <w:lang w:val="ru-RU"/>
              </w:rPr>
              <w:t xml:space="preserve"> квартиру, состоящую из __ комнат, расположенную по адресу:</w:t>
            </w:r>
            <w:r w:rsidR="00421D46" w:rsidRPr="00DE6F78">
              <w:rPr>
                <w:rFonts w:cs="Times New Roman"/>
                <w:sz w:val="22"/>
                <w:lang w:val="ru-RU"/>
              </w:rPr>
              <w:t xml:space="preserve"> _________</w:t>
            </w:r>
            <w:r w:rsidR="007F6465">
              <w:rPr>
                <w:rFonts w:cs="Times New Roman"/>
                <w:sz w:val="22"/>
                <w:lang w:val="ru-RU"/>
              </w:rPr>
              <w:t xml:space="preserve"> </w:t>
            </w:r>
            <w:r w:rsidR="00421D46" w:rsidRPr="00DE6F78">
              <w:rPr>
                <w:rFonts w:cs="Times New Roman"/>
                <w:sz w:val="22"/>
                <w:lang w:val="ru-RU"/>
              </w:rPr>
              <w:t>________</w:t>
            </w:r>
            <w:r w:rsidR="002D065B" w:rsidRPr="00DE6F78">
              <w:rPr>
                <w:rFonts w:cs="Times New Roman"/>
                <w:sz w:val="22"/>
                <w:lang w:val="ru-RU"/>
              </w:rPr>
              <w:t>________</w:t>
            </w:r>
            <w:r w:rsidRPr="00DE6F78">
              <w:rPr>
                <w:rFonts w:cs="Times New Roman"/>
                <w:sz w:val="22"/>
                <w:lang w:val="ru-RU"/>
              </w:rPr>
              <w:t>_________________</w:t>
            </w:r>
            <w:r w:rsidR="009C494A" w:rsidRPr="00DE6F78">
              <w:rPr>
                <w:rFonts w:cs="Times New Roman"/>
                <w:sz w:val="22"/>
                <w:lang w:val="ru-RU"/>
              </w:rPr>
              <w:t xml:space="preserve"> </w:t>
            </w:r>
            <w:r w:rsidRPr="00DE6F78">
              <w:rPr>
                <w:rFonts w:cs="Times New Roman"/>
                <w:sz w:val="22"/>
                <w:lang w:val="ru-RU"/>
              </w:rPr>
              <w:t>(далее «Квартира»), а Арендатор обязуется ежемесячно оплачивать Арендодателю до __ числа каждого месяца (100% предоплата) арендную плату в размере __</w:t>
            </w:r>
            <w:r w:rsidR="009C494A" w:rsidRPr="00DE6F78">
              <w:rPr>
                <w:rFonts w:cs="Times New Roman"/>
                <w:sz w:val="22"/>
                <w:lang w:val="ru-RU"/>
              </w:rPr>
              <w:t>___</w:t>
            </w:r>
            <w:r w:rsidRPr="00DE6F78">
              <w:rPr>
                <w:rFonts w:cs="Times New Roman"/>
                <w:sz w:val="22"/>
                <w:lang w:val="ru-RU"/>
              </w:rPr>
              <w:t>________ (___</w:t>
            </w:r>
            <w:r w:rsidR="007F6465">
              <w:rPr>
                <w:rFonts w:cs="Times New Roman"/>
                <w:sz w:val="22"/>
                <w:lang w:val="ru-RU"/>
              </w:rPr>
              <w:t>__</w:t>
            </w:r>
            <w:r w:rsidRPr="00DE6F78">
              <w:rPr>
                <w:rFonts w:cs="Times New Roman"/>
                <w:sz w:val="22"/>
                <w:lang w:val="ru-RU"/>
              </w:rPr>
              <w:t>________________________) тенге, а также до 15 числа каждого месяца оплачивать стоимость всех коммунальных платежей и сборов, связанных с содержанием и эксплуатацией Квартиры, включая, но не ограничиваясь: за электроэнергию, газ, вывоз мусора, отопление, горячее и холодное водоснабжение, интернет, видеонаблюдение, лифт, домофон, кабельное телевидение, услуги КСК, ОСИ, управляющей компании и все другие.</w:t>
            </w:r>
          </w:p>
        </w:tc>
      </w:tr>
      <w:tr w:rsidR="007E2111" w:rsidRPr="003A1C31" w14:paraId="217D68C0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AEE2026" w14:textId="7B7BACB2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1.2. П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әтерде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үй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жануарларын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ұстауға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жол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беріледі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жол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берілмейді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(</w:t>
            </w:r>
            <w:proofErr w:type="spellStart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>қажетінің</w:t>
            </w:r>
            <w:proofErr w:type="spellEnd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>астын</w:t>
            </w:r>
            <w:proofErr w:type="spellEnd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>сызу</w:t>
            </w:r>
            <w:proofErr w:type="spellEnd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 xml:space="preserve"> керек </w:t>
            </w:r>
            <w:proofErr w:type="spellStart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>жол</w:t>
            </w:r>
            <w:proofErr w:type="spellEnd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>берілген</w:t>
            </w:r>
            <w:proofErr w:type="spellEnd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>жағдайда</w:t>
            </w:r>
            <w:proofErr w:type="spellEnd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>жануарлардың</w:t>
            </w:r>
            <w:proofErr w:type="spellEnd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>қандай</w:t>
            </w:r>
            <w:proofErr w:type="spellEnd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>түріне</w:t>
            </w:r>
            <w:proofErr w:type="spellEnd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>рұқсат</w:t>
            </w:r>
            <w:proofErr w:type="spellEnd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>етілетінін</w:t>
            </w:r>
            <w:proofErr w:type="spellEnd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>көрсету</w:t>
            </w:r>
            <w:proofErr w:type="spellEnd"/>
            <w:r w:rsidRPr="00DE6F78">
              <w:rPr>
                <w:rFonts w:cs="Times New Roman"/>
                <w:i/>
                <w:iCs/>
                <w:sz w:val="22"/>
                <w:lang w:val="ru-RU"/>
              </w:rPr>
              <w:t xml:space="preserve"> керек</w:t>
            </w:r>
            <w:r w:rsidRPr="00DE6F78">
              <w:rPr>
                <w:rFonts w:cs="Times New Roman"/>
                <w:sz w:val="22"/>
                <w:lang w:val="ru-RU"/>
              </w:rPr>
              <w:t>) ________________</w:t>
            </w:r>
            <w:r w:rsidR="00421D46" w:rsidRPr="00DE6F78">
              <w:rPr>
                <w:rFonts w:cs="Times New Roman"/>
                <w:sz w:val="22"/>
                <w:lang w:val="ru-RU"/>
              </w:rPr>
              <w:t>___</w:t>
            </w:r>
            <w:r w:rsidRPr="00DE6F78">
              <w:rPr>
                <w:rFonts w:cs="Times New Roman"/>
                <w:sz w:val="22"/>
                <w:lang w:val="ru-RU"/>
              </w:rPr>
              <w:t>____.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C541A2F" w14:textId="6B8ABBCF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1.2. Содержание в квартире домашних животных </w:t>
            </w:r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допускается/не допускается</w:t>
            </w:r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r w:rsidRPr="00DE6F78">
              <w:rPr>
                <w:rFonts w:cs="Times New Roman"/>
                <w:i/>
                <w:iCs/>
                <w:sz w:val="22"/>
                <w:lang w:val="ru-RU"/>
              </w:rPr>
              <w:t>(нужное подчеркнуть и если допускается, то указать для какого вида животных</w:t>
            </w:r>
            <w:r w:rsidRPr="00DE6F78">
              <w:rPr>
                <w:rFonts w:cs="Times New Roman"/>
                <w:sz w:val="22"/>
                <w:lang w:val="ru-RU"/>
              </w:rPr>
              <w:t>) __________</w:t>
            </w:r>
            <w:r w:rsidR="00421D46" w:rsidRPr="00DE6F78">
              <w:rPr>
                <w:rFonts w:cs="Times New Roman"/>
                <w:sz w:val="22"/>
                <w:lang w:val="ru-RU"/>
              </w:rPr>
              <w:t>_____</w:t>
            </w:r>
            <w:r w:rsidRPr="00DE6F78">
              <w:rPr>
                <w:rFonts w:cs="Times New Roman"/>
                <w:sz w:val="22"/>
                <w:lang w:val="ru-RU"/>
              </w:rPr>
              <w:t>_______.</w:t>
            </w:r>
          </w:p>
        </w:tc>
      </w:tr>
      <w:tr w:rsidR="007E2111" w:rsidRPr="003A1C31" w14:paraId="15574E6F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32841E6" w14:textId="1563813C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1.3. Жа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____</w:t>
            </w:r>
            <w:r w:rsidR="009C494A" w:rsidRPr="00DE6F78">
              <w:rPr>
                <w:rFonts w:cs="Times New Roman"/>
                <w:sz w:val="22"/>
                <w:lang w:val="ru-RU"/>
              </w:rPr>
              <w:t>__</w:t>
            </w:r>
            <w:r w:rsidRPr="00DE6F78">
              <w:rPr>
                <w:rFonts w:cs="Times New Roman"/>
                <w:sz w:val="22"/>
                <w:lang w:val="ru-RU"/>
              </w:rPr>
              <w:t>_</w:t>
            </w:r>
            <w:r w:rsidR="00421D46" w:rsidRPr="00DE6F78">
              <w:rPr>
                <w:rFonts w:cs="Times New Roman"/>
                <w:sz w:val="22"/>
                <w:lang w:val="ru-RU"/>
              </w:rPr>
              <w:t>___</w:t>
            </w:r>
            <w:r w:rsidRPr="00DE6F78">
              <w:rPr>
                <w:rFonts w:cs="Times New Roman"/>
                <w:sz w:val="22"/>
                <w:lang w:val="ru-RU"/>
              </w:rPr>
              <w:t>___</w:t>
            </w:r>
            <w:r w:rsidR="00421D46" w:rsidRPr="00DE6F78">
              <w:rPr>
                <w:rFonts w:cs="Times New Roman"/>
                <w:sz w:val="22"/>
                <w:lang w:val="ru-RU"/>
              </w:rPr>
              <w:t xml:space="preserve"> </w:t>
            </w:r>
            <w:r w:rsidRPr="00DE6F78">
              <w:rPr>
                <w:rFonts w:cs="Times New Roman"/>
                <w:sz w:val="22"/>
                <w:lang w:val="ru-RU"/>
              </w:rPr>
              <w:t xml:space="preserve">(___________________________)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теңге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мөлшерінде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кепілдік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жарнаны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(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депозитті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)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ол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кілттері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Пәтермен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бірге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алынған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мүлік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табиғи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тозуы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ескеріле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отырып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оларды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кездегі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күйінде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уақтылы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қайтарылған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жағдайда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қайтарылуға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жатады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. Егер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онымен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бірге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тұратын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адамдар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ондағы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мүлкінің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жай-күйін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нашарлатса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өзге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тәсілмен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залал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келтірсе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тазаламай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қайтарса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заттарын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қалдырса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осы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Шартта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көзделген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төлемдерді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төлеу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жөніндегі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міндеттемелерін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бұзса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кепілдік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жарнаны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(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депозитті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)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толық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ішінара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ұстап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қалады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. Егер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келтірілген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залалдың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lastRenderedPageBreak/>
              <w:t>төленбеген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берешектің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мөлшері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кепілдік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жарнаның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(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депозиттің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)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сомасынан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асып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кетсе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берушіден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тиісті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талапты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сәттен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бастап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5 (бес)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күнтізбелік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күн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ішінде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айырманы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өтеуге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міндеттенеді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A74FE95" w14:textId="389C4D46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lastRenderedPageBreak/>
              <w:t>1.3. Арендатор передал Арендодателю гарантийный взнос (депозит) в размере _</w:t>
            </w:r>
            <w:r w:rsidR="009C494A" w:rsidRPr="00DE6F78">
              <w:rPr>
                <w:rFonts w:cs="Times New Roman"/>
                <w:sz w:val="22"/>
                <w:lang w:val="ru-RU"/>
              </w:rPr>
              <w:t>___</w:t>
            </w:r>
            <w:r w:rsidRPr="00DE6F78">
              <w:rPr>
                <w:rFonts w:cs="Times New Roman"/>
                <w:sz w:val="22"/>
                <w:lang w:val="ru-RU"/>
              </w:rPr>
              <w:t>________</w:t>
            </w:r>
            <w:r w:rsidR="00421D46" w:rsidRPr="00DE6F78">
              <w:rPr>
                <w:rFonts w:cs="Times New Roman"/>
                <w:sz w:val="22"/>
                <w:lang w:val="ru-RU"/>
              </w:rPr>
              <w:t xml:space="preserve"> </w:t>
            </w:r>
            <w:r w:rsidRPr="00DE6F78">
              <w:rPr>
                <w:rFonts w:cs="Times New Roman"/>
                <w:sz w:val="22"/>
                <w:lang w:val="ru-RU"/>
              </w:rPr>
              <w:t>(___________________________) тенге, который подлежит возврату при своевременном возврате Арендодателю Квартиры, ключей от Квартиры и полученного с Квартирой имущества в таком же состоянии, в котором Арендатор их получил, с учетом естественного износа. Гарантийный взнос (депозит) удерживается Арендодателем полностью или частично в случае, если Арендатор и/или проживающие совместно с ним лица ухудшили состояние Квартиры и/или находящегося в ней имущества Арендодателя и/или любым иным образом причинили ущерб Квартире и/или Арендодателю и/или возвратили Квартиру без уборки и/или оставили в Квартире свои вещи и/или нарушили обязательства по оплате платежей, предусмотренных настоящим До</w:t>
            </w:r>
            <w:r w:rsidRPr="00DE6F78">
              <w:rPr>
                <w:rFonts w:cs="Times New Roman"/>
                <w:sz w:val="22"/>
                <w:lang w:val="ru-RU"/>
              </w:rPr>
              <w:lastRenderedPageBreak/>
              <w:t>говором. Если размер причинённого ущерба или неоплаченной задолженности превышает сумму гарантийного взноса (депозита), Арендатор обязуется возместить Арендодателю разницу в течение 5 (пяти) календарных дней с момента получения соответствующего требования от Арендодателя.</w:t>
            </w:r>
          </w:p>
        </w:tc>
      </w:tr>
      <w:tr w:rsidR="007E2111" w:rsidRPr="00DE6F78" w14:paraId="548B49DB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168A38F" w14:textId="77777777" w:rsidR="007E2111" w:rsidRPr="00DE6F78" w:rsidRDefault="00000000" w:rsidP="00E87592">
            <w:pPr>
              <w:keepNext/>
              <w:spacing w:after="0"/>
              <w:jc w:val="center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b/>
                <w:sz w:val="22"/>
              </w:rPr>
              <w:lastRenderedPageBreak/>
              <w:t>2. Т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араптардың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құқықтары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мен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міндеттері</w:t>
            </w:r>
            <w:proofErr w:type="spellEnd"/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657775F" w14:textId="77777777" w:rsidR="007E2111" w:rsidRPr="00DE6F78" w:rsidRDefault="00000000" w:rsidP="00E87592">
            <w:pPr>
              <w:keepNext/>
              <w:spacing w:after="0"/>
              <w:jc w:val="center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b/>
                <w:sz w:val="22"/>
              </w:rPr>
              <w:t xml:space="preserve">2.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Права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 xml:space="preserve"> и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обязанности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Сторон</w:t>
            </w:r>
            <w:proofErr w:type="spellEnd"/>
          </w:p>
        </w:tc>
      </w:tr>
      <w:tr w:rsidR="007E2111" w:rsidRPr="00DE6F78" w14:paraId="4FD2CE28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E9D484C" w14:textId="77777777" w:rsidR="007E2111" w:rsidRPr="00DE6F78" w:rsidRDefault="00000000" w:rsidP="00E87592">
            <w:pPr>
              <w:keepNext/>
              <w:spacing w:after="0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b/>
                <w:sz w:val="22"/>
              </w:rPr>
              <w:t xml:space="preserve">2.1.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Жалға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алушы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міндетті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>: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2EB8178" w14:textId="77777777" w:rsidR="007E2111" w:rsidRPr="00DE6F78" w:rsidRDefault="00000000" w:rsidP="00E87592">
            <w:pPr>
              <w:keepNext/>
              <w:spacing w:after="0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b/>
                <w:sz w:val="22"/>
              </w:rPr>
              <w:t xml:space="preserve">2.1.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Арендатор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обязан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>:</w:t>
            </w:r>
          </w:p>
        </w:tc>
      </w:tr>
      <w:tr w:rsidR="007E2111" w:rsidRPr="003A1C31" w14:paraId="78C0C4AE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53BAE38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sz w:val="22"/>
              </w:rPr>
              <w:t xml:space="preserve">2.1.1. </w:t>
            </w:r>
            <w:proofErr w:type="spellStart"/>
            <w:r w:rsidRPr="00DE6F78">
              <w:rPr>
                <w:rFonts w:cs="Times New Roman"/>
                <w:sz w:val="22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тек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тұру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үшін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пайдалануға</w:t>
            </w:r>
            <w:proofErr w:type="spellEnd"/>
            <w:r w:rsidRPr="00DE6F78">
              <w:rPr>
                <w:rFonts w:cs="Times New Roman"/>
                <w:sz w:val="22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D978471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2.1.1. Использовать Квартиру только для проживания.</w:t>
            </w:r>
          </w:p>
        </w:tc>
      </w:tr>
      <w:tr w:rsidR="007E2111" w:rsidRPr="003A1C31" w14:paraId="7C7560E1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6463B0E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2.1.2.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ондағы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мүлкін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таза,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техникалық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жағынан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жарамды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тиісті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санитариялық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өрт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қауіпсіздігі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талаптарына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сай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күйде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ұстауға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F5434AC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2.1.2. Содержать Квартиру и находящееся в ней имущество Арендодателя в чистом, технически исправном, надлежащем санитарном и противопожарном состоянии.</w:t>
            </w:r>
          </w:p>
        </w:tc>
      </w:tr>
      <w:tr w:rsidR="007E2111" w:rsidRPr="003A1C31" w14:paraId="7045592E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E1292FF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2.1.3. Т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үнгі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уақытта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тыныштықтың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бұзылуына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жол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бермеуге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99E12D5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2.1.3. Не допускать нарушений тишины в Квартире в ночное время.</w:t>
            </w:r>
          </w:p>
        </w:tc>
      </w:tr>
      <w:tr w:rsidR="007E2111" w:rsidRPr="003A1C31" w14:paraId="4F3C1288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F7B37D1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2.1.4. Ж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жазбаша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рұқсатынсыз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қайта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жоспарлауды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жөндеуді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қайта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жабдықтауды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ажыратылмайтын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жақсартуларды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инженерлік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желілер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мен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коммуникацияларды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көшіруді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жүзеге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асырмауға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5191B61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2.1.4. Не производить перепланировку, ремонт, переоборудование, неотделимые улучшения Квартиры, перенос инженерных сетей и коммуникаций без письменного разрешения Арендодателя.</w:t>
            </w:r>
          </w:p>
        </w:tc>
      </w:tr>
      <w:tr w:rsidR="007E2111" w:rsidRPr="003A1C31" w14:paraId="3375F0A1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E9FD162" w14:textId="09441D09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2.1.5. Ж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жазбаша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рұқсатынсыз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кіреберіс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есіктің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құлпын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ауыстырмауға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.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Құлып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осылай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ауыстырылған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жағдайда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кіреберіс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есігінің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жаңа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құлпының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кемінде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екі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кіл</w:t>
            </w:r>
            <w:r w:rsidR="009E57D8">
              <w:rPr>
                <w:rFonts w:cs="Times New Roman"/>
                <w:sz w:val="22"/>
                <w:lang w:val="ru-RU"/>
              </w:rPr>
              <w:t>т</w:t>
            </w:r>
            <w:r w:rsidR="009E57D8" w:rsidRPr="00DE6F78">
              <w:rPr>
                <w:rFonts w:cs="Times New Roman"/>
                <w:sz w:val="22"/>
                <w:lang w:val="ru-RU"/>
              </w:rPr>
              <w:t>і</w:t>
            </w:r>
            <w:r w:rsidR="003A1C31">
              <w:rPr>
                <w:rFonts w:cs="Times New Roman"/>
                <w:sz w:val="22"/>
                <w:lang w:val="ru-RU"/>
              </w:rPr>
              <w:t>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дереу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4307E9B" w14:textId="4936D06D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2.1.5. Не производить замену замка входной двери без письменного разрешения Арендодателя. В случае такой замены незамедлительно передать Арендодателю не менее двух ключей от нового замка входной двери Квартиры.</w:t>
            </w:r>
          </w:p>
        </w:tc>
      </w:tr>
      <w:tr w:rsidR="007E2111" w:rsidRPr="003A1C31" w14:paraId="5CA82B2C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E9D0EAE" w14:textId="0F13ABBE" w:rsidR="007E2111" w:rsidRPr="00DE6F78" w:rsidRDefault="00000000" w:rsidP="002D065B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2.1.6. Пә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терде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орналасқан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тұрғын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үйдің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ортақ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пайдаланылатын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орындарында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өрт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қауіпсіздігі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шараларын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сақтауға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.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сондай-ақ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орналасқан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тұрғын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үйдің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ортақ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пайдаланылатын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орындарында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темекі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шегуге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жол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3A1C31">
              <w:rPr>
                <w:rFonts w:cs="Times New Roman"/>
                <w:sz w:val="22"/>
                <w:lang w:val="ru-RU"/>
              </w:rPr>
              <w:t>берілмейді</w:t>
            </w:r>
            <w:proofErr w:type="spellEnd"/>
            <w:r w:rsidR="003A1C31">
              <w:rPr>
                <w:rFonts w:cs="Times New Roman"/>
                <w:sz w:val="22"/>
                <w:lang w:val="ru-RU"/>
              </w:rPr>
              <w:t xml:space="preserve"> (</w:t>
            </w:r>
            <w:proofErr w:type="spellStart"/>
            <w:r w:rsidR="003A1C31">
              <w:rPr>
                <w:rFonts w:cs="Times New Roman"/>
                <w:sz w:val="22"/>
                <w:lang w:val="ru-RU"/>
              </w:rPr>
              <w:t>т</w:t>
            </w:r>
            <w:r w:rsidR="003A1C31" w:rsidRPr="003A1C31">
              <w:rPr>
                <w:sz w:val="22"/>
                <w:lang w:val="ru-RU"/>
              </w:rPr>
              <w:t>ыйым</w:t>
            </w:r>
            <w:proofErr w:type="spellEnd"/>
            <w:r w:rsidR="003A1C31" w:rsidRPr="003A1C31">
              <w:rPr>
                <w:sz w:val="22"/>
                <w:lang w:val="ru-RU"/>
              </w:rPr>
              <w:t xml:space="preserve"> </w:t>
            </w:r>
            <w:proofErr w:type="spellStart"/>
            <w:r w:rsidR="003A1C31" w:rsidRPr="003A1C31">
              <w:rPr>
                <w:sz w:val="22"/>
                <w:lang w:val="ru-RU"/>
              </w:rPr>
              <w:t>салынады</w:t>
            </w:r>
            <w:proofErr w:type="spellEnd"/>
            <w:r w:rsidR="003A1C31">
              <w:rPr>
                <w:sz w:val="22"/>
                <w:lang w:val="ru-RU"/>
              </w:rPr>
              <w:t>)</w:t>
            </w:r>
            <w:r w:rsidRPr="003A1C31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A48F9E8" w14:textId="4EA68816" w:rsidR="007E2111" w:rsidRPr="00DE6F78" w:rsidRDefault="00000000" w:rsidP="002D065B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2.1.6. Соблюдать меры противопожарной безопасности в Квартире и местах общего пользования жилого дома, в котором расположена Квартира. Курение в Квартире, а также в местах общего пользования жилого дома, в котором расположена Квартира, не допуска</w:t>
            </w:r>
            <w:r w:rsidR="003A1C31">
              <w:rPr>
                <w:rFonts w:cs="Times New Roman"/>
                <w:sz w:val="22"/>
                <w:lang w:val="ru-RU"/>
              </w:rPr>
              <w:t>е</w:t>
            </w:r>
            <w:r w:rsidRPr="00DE6F78">
              <w:rPr>
                <w:rFonts w:cs="Times New Roman"/>
                <w:sz w:val="22"/>
                <w:lang w:val="ru-RU"/>
              </w:rPr>
              <w:t>тся</w:t>
            </w:r>
            <w:r w:rsidR="003A1C31">
              <w:rPr>
                <w:rFonts w:cs="Times New Roman"/>
                <w:sz w:val="22"/>
                <w:lang w:val="ru-RU"/>
              </w:rPr>
              <w:t xml:space="preserve"> (запрещено)</w:t>
            </w:r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</w:tr>
      <w:tr w:rsidR="007E2111" w:rsidRPr="003A1C31" w14:paraId="4DA3644B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A8D146C" w14:textId="77777777" w:rsidR="007E2111" w:rsidRPr="003A1C31" w:rsidRDefault="00000000" w:rsidP="00E87592">
            <w:pPr>
              <w:spacing w:after="0"/>
              <w:jc w:val="both"/>
              <w:rPr>
                <w:rFonts w:cs="Times New Roman"/>
                <w:sz w:val="22"/>
              </w:rPr>
            </w:pPr>
            <w:r w:rsidRPr="003A1C31">
              <w:rPr>
                <w:rFonts w:cs="Times New Roman"/>
                <w:sz w:val="22"/>
              </w:rPr>
              <w:t xml:space="preserve">2.1.7.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Инженерлік</w:t>
            </w:r>
            <w:proofErr w:type="spellEnd"/>
            <w:r w:rsidRPr="003A1C31">
              <w:rPr>
                <w:rFonts w:cs="Times New Roman"/>
                <w:sz w:val="22"/>
              </w:rPr>
              <w:t>-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техникалық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коммуникациялар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r w:rsidRPr="00DE6F78">
              <w:rPr>
                <w:rFonts w:cs="Times New Roman"/>
                <w:sz w:val="22"/>
                <w:lang w:val="ru-RU"/>
              </w:rPr>
              <w:t>мен</w:t>
            </w:r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Пәтердің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басқа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r w:rsidRPr="00DE6F78">
              <w:rPr>
                <w:rFonts w:cs="Times New Roman"/>
                <w:sz w:val="22"/>
                <w:lang w:val="ru-RU"/>
              </w:rPr>
              <w:t>да</w:t>
            </w:r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жабдықтарының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анықталған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барлық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авариялары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зақымданулары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ақаулары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өзге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r w:rsidRPr="00DE6F78">
              <w:rPr>
                <w:rFonts w:cs="Times New Roman"/>
                <w:sz w:val="22"/>
                <w:lang w:val="ru-RU"/>
              </w:rPr>
              <w:t>де</w:t>
            </w:r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кемшіліктері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туралы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берушіні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сондай</w:t>
            </w:r>
            <w:proofErr w:type="spellEnd"/>
            <w:r w:rsidRPr="003A1C31">
              <w:rPr>
                <w:rFonts w:cs="Times New Roman"/>
                <w:sz w:val="22"/>
              </w:rPr>
              <w:t>-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ақ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тиісті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авариялық</w:t>
            </w:r>
            <w:proofErr w:type="spellEnd"/>
            <w:r w:rsidRPr="003A1C31">
              <w:rPr>
                <w:rFonts w:cs="Times New Roman"/>
                <w:sz w:val="22"/>
              </w:rPr>
              <w:t>-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техникалық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өзге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r w:rsidRPr="00DE6F78">
              <w:rPr>
                <w:rFonts w:cs="Times New Roman"/>
                <w:sz w:val="22"/>
                <w:lang w:val="ru-RU"/>
              </w:rPr>
              <w:t>де</w:t>
            </w:r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қызметтерді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дереу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хабардар</w:t>
            </w:r>
            <w:proofErr w:type="spellEnd"/>
            <w:r w:rsidRPr="003A1C31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етуге</w:t>
            </w:r>
            <w:proofErr w:type="spellEnd"/>
            <w:r w:rsidRPr="003A1C31">
              <w:rPr>
                <w:rFonts w:cs="Times New Roman"/>
                <w:sz w:val="22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1553A1E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2.1.7. Незамедлительно уведомлять Арендодателя, а также соответствующие аварийно-технические и иные службы о всех обнаруженных авариях, повреждениях, неисправностях и иных дефектах инженерно-технических коммуникаций и другого оборудования Квартиры.</w:t>
            </w:r>
          </w:p>
        </w:tc>
      </w:tr>
      <w:tr w:rsidR="007E2111" w:rsidRPr="003A1C31" w14:paraId="3FE607DB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04B7175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2.1.8. Ж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алушының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алушымен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бірге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тұратын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адамдардың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кінәсінен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жиһаздың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тұрмыстық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техниканың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сантехниканың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электр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техникалық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аспаптардың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сондай-ақ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өзге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де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мүлкінің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бұзылуы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туралы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хабарлауға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оларды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жөндеуді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есебінен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ұйымдастыруға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94C51AC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2.1.8. Сообщать Арендодателю и за свой счет организовать проведение ремонта поломок мебели, бытовой техники, сантехники, электротехнических приборов, а также иного имущества Арендодателя по вине Арендатора и/или лиц, проживающих в Квартире совместно с Арендатором.</w:t>
            </w:r>
          </w:p>
        </w:tc>
      </w:tr>
      <w:tr w:rsidR="007E2111" w:rsidRPr="003A1C31" w14:paraId="3EBA776B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6C82443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2.1.9.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Шарттың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1.1.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тармағында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көрсетілген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жалдау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мерзімінің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соңғы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күні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не </w:t>
            </w:r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осы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Шарт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мерзімінен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бұрын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бұзылған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күні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кіреберіс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есігінің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кілттерін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Пәтермен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бірге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алынған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мүлікті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қалыпты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тозуы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ескеріле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отырып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оларды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кез</w:t>
            </w:r>
            <w:r w:rsidRPr="00DE6F78">
              <w:rPr>
                <w:rFonts w:cs="Times New Roman"/>
                <w:sz w:val="22"/>
                <w:lang w:val="ru-RU"/>
              </w:rPr>
              <w:lastRenderedPageBreak/>
              <w:t>дегідей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таза,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техникалық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жағынан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жарамды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тиісті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санитариялық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өрт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қауіпсіздігі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талаптарына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сай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күйде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жалдау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төлемдері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мен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Шартта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көзделген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өзге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де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төлемдер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бойынша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берешекті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толық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өтеп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қайтаруға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.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алушының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көрсетілген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міндеттерді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орындауы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екі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Тарап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қол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қойған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қайтару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актісімен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расталуға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тиіс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7241805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lastRenderedPageBreak/>
              <w:t xml:space="preserve">2.1.9. Возвратить Арендодателю Квартиру, ключи от входной двери квартиры и полученное с Квартирой имущество в таком же чистом, технически исправном, надлежащем санитарном и противопожарном состоянии, в котором Арендатор их получил, с учетом нормального износа, и с полным погашением </w:t>
            </w:r>
            <w:r w:rsidRPr="00DE6F78">
              <w:rPr>
                <w:rFonts w:cs="Times New Roman"/>
                <w:sz w:val="22"/>
                <w:lang w:val="ru-RU"/>
              </w:rPr>
              <w:lastRenderedPageBreak/>
              <w:t xml:space="preserve">задолженности по арендным и иным предусмотренным Договором платежам </w:t>
            </w:r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в последний день срока аренды, указанного в пункте 1.1. Договора</w:t>
            </w:r>
            <w:r w:rsidRPr="00DE6F78">
              <w:rPr>
                <w:rFonts w:cs="Times New Roman"/>
                <w:sz w:val="22"/>
                <w:lang w:val="ru-RU"/>
              </w:rPr>
              <w:t xml:space="preserve">, либо </w:t>
            </w:r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в день досрочного расторжения настоящего Договора</w:t>
            </w:r>
            <w:r w:rsidRPr="00DE6F78">
              <w:rPr>
                <w:rFonts w:cs="Times New Roman"/>
                <w:sz w:val="22"/>
                <w:lang w:val="ru-RU"/>
              </w:rPr>
              <w:t>. Исполнение Арендатором указанных обязанностей должно подтверждаться Актом возврата Квартиры, подписанным обеими Сторонами.</w:t>
            </w:r>
          </w:p>
        </w:tc>
      </w:tr>
      <w:tr w:rsidR="007E2111" w:rsidRPr="003A1C31" w14:paraId="399863F8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2842A9A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lastRenderedPageBreak/>
              <w:t>2.1.10. П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әтерге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қатысты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ешқандай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мәмілелер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жасамауға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Пәтермен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бірге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алынған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мүлікті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қосалқы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өтеусіз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пайдалануға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бермеуге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3630A8B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2.1.10. Не заключать никаких сделок с Квартирой и не передавать Квартиру и/или имущество, полученное вместе с Квартирой, в аренду, субаренду или ссуду.</w:t>
            </w:r>
          </w:p>
        </w:tc>
      </w:tr>
      <w:tr w:rsidR="007E2111" w:rsidRPr="003A1C31" w14:paraId="022C7C4D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63FE31C" w14:textId="1B643701" w:rsidR="007E2111" w:rsidRPr="00DE6F78" w:rsidRDefault="00000000" w:rsidP="00C97991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2.1.11. П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әтерде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тек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алушының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өзінің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жалпы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саны ___ адам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болатын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мына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адамдардың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ғана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тұруын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қамтамасыз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етуге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:</w:t>
            </w:r>
            <w:r w:rsidR="00C97991" w:rsidRPr="00DE6F78">
              <w:rPr>
                <w:rFonts w:cs="Times New Roman"/>
                <w:sz w:val="22"/>
                <w:lang w:val="ru-RU"/>
              </w:rPr>
              <w:t xml:space="preserve"> </w:t>
            </w:r>
            <w:r w:rsidRPr="00DE6F78">
              <w:rPr>
                <w:rFonts w:cs="Times New Roman"/>
                <w:sz w:val="22"/>
                <w:lang w:val="ru-RU"/>
              </w:rPr>
              <w:t>________________</w:t>
            </w:r>
            <w:r w:rsidR="00E87592" w:rsidRPr="00DE6F78">
              <w:rPr>
                <w:rFonts w:cs="Times New Roman"/>
                <w:sz w:val="22"/>
                <w:lang w:val="ru-RU"/>
              </w:rPr>
              <w:t xml:space="preserve"> </w:t>
            </w:r>
            <w:r w:rsidRPr="00DE6F78">
              <w:rPr>
                <w:rFonts w:cs="Times New Roman"/>
                <w:sz w:val="22"/>
                <w:lang w:val="ru-RU"/>
              </w:rPr>
              <w:t>___________________</w:t>
            </w:r>
            <w:r w:rsidR="00E87592" w:rsidRPr="00DE6F78">
              <w:rPr>
                <w:rFonts w:cs="Times New Roman"/>
                <w:sz w:val="22"/>
                <w:lang w:val="ru-RU"/>
              </w:rPr>
              <w:t>________________________</w:t>
            </w:r>
            <w:r w:rsidRPr="00DE6F78">
              <w:rPr>
                <w:rFonts w:cs="Times New Roman"/>
                <w:sz w:val="22"/>
                <w:lang w:val="ru-RU"/>
              </w:rPr>
              <w:t>_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BF85D9E" w14:textId="6E9EE40C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2.1.11. Обеспечить проживание в Квартире только самого Арендатора и следующих лиц в количестве ___ человек: ___________</w:t>
            </w:r>
            <w:r w:rsidR="00C97991" w:rsidRPr="00DE6F78">
              <w:rPr>
                <w:rFonts w:cs="Times New Roman"/>
                <w:sz w:val="22"/>
                <w:lang w:val="ru-RU"/>
              </w:rPr>
              <w:t>__</w:t>
            </w:r>
            <w:r w:rsidRPr="00DE6F78">
              <w:rPr>
                <w:rFonts w:cs="Times New Roman"/>
                <w:sz w:val="22"/>
                <w:lang w:val="ru-RU"/>
              </w:rPr>
              <w:t>___________________</w:t>
            </w:r>
            <w:r w:rsidR="00E87592" w:rsidRPr="00DE6F78">
              <w:rPr>
                <w:rFonts w:cs="Times New Roman"/>
                <w:sz w:val="22"/>
                <w:lang w:val="ru-RU"/>
              </w:rPr>
              <w:t xml:space="preserve"> </w:t>
            </w:r>
            <w:r w:rsidRPr="00DE6F78">
              <w:rPr>
                <w:rFonts w:cs="Times New Roman"/>
                <w:sz w:val="22"/>
                <w:lang w:val="ru-RU"/>
              </w:rPr>
              <w:t>___________________</w:t>
            </w:r>
            <w:r w:rsidR="00E87592" w:rsidRPr="00DE6F78">
              <w:rPr>
                <w:rFonts w:cs="Times New Roman"/>
                <w:sz w:val="22"/>
                <w:lang w:val="ru-RU"/>
              </w:rPr>
              <w:t>_____________________</w:t>
            </w:r>
            <w:r w:rsidR="00C97991" w:rsidRPr="00DE6F78">
              <w:rPr>
                <w:rFonts w:cs="Times New Roman"/>
                <w:sz w:val="22"/>
                <w:lang w:val="ru-RU"/>
              </w:rPr>
              <w:t>___</w:t>
            </w:r>
            <w:r w:rsidR="00E87592" w:rsidRPr="00DE6F78">
              <w:rPr>
                <w:rFonts w:cs="Times New Roman"/>
                <w:sz w:val="22"/>
                <w:lang w:val="ru-RU"/>
              </w:rPr>
              <w:t>_</w:t>
            </w:r>
            <w:r w:rsidRPr="00DE6F78">
              <w:rPr>
                <w:rFonts w:cs="Times New Roman"/>
                <w:sz w:val="22"/>
                <w:lang w:val="ru-RU"/>
              </w:rPr>
              <w:t>_</w:t>
            </w:r>
          </w:p>
        </w:tc>
      </w:tr>
      <w:tr w:rsidR="007E2111" w:rsidRPr="003A1C31" w14:paraId="7F902CFC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FA939DC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2.1.12. Ө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зінің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әрекеттері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әрекетсіздігі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сондай-ақ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алушымен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бірге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тұратын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басқа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адамдардың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қонақтардың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әрекеттері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әрекетсіздігі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үшін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үшінші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тұлғалардың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(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оның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ішінде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көршілес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тұрғын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тұрғын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емес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үй-жайлар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меншік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иелерінің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)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алдында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мүліктік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жауаптылықта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болуға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A1DAD5B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2.1.12. Нести имущественную ответственность перед Арендодателем и третьими лицами (включая собственников соседних жилых и нежилых помещений) за свои действия/бездействие, а также за действия/бездействие других лиц, проживающих в Квартире совместно с Арендатором, и гостей.</w:t>
            </w:r>
          </w:p>
        </w:tc>
      </w:tr>
      <w:tr w:rsidR="007E2111" w:rsidRPr="003A1C31" w14:paraId="22E98A62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91AB0D6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2.1.13. Осы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талаптарының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сақталуын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бақылау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үшін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берушіні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өкілдерін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кедергісіз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кіргізуге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анықталған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бұзушылықтарды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белгілеген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мерзімдерде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жоюға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FFEF428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2.1.13. Беспрепятственно допускать Арендодателя/представителей Арендодателя для контроля соблюдения условий настоящего Договора и в установленные Арендодателем сроки устранять выявленные нарушения.</w:t>
            </w:r>
          </w:p>
        </w:tc>
      </w:tr>
      <w:tr w:rsidR="007E2111" w:rsidRPr="003A1C31" w14:paraId="297F4B4E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46EA226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2.1.14. Ж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коммуналдық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қызметтерге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ақы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төленгенін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растайтын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жазбаша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электрондық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құжаттарды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ұсынуға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34F6FC2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2.1.14. Предоставлять Арендодателю письменные и электронные подтверждения оплаты коммунальных услуг.</w:t>
            </w:r>
          </w:p>
        </w:tc>
      </w:tr>
      <w:tr w:rsidR="007E2111" w:rsidRPr="00DE6F78" w14:paraId="1A95E0A1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378C369" w14:textId="77777777" w:rsidR="007E2111" w:rsidRPr="00DE6F78" w:rsidRDefault="00000000" w:rsidP="00E87592">
            <w:pPr>
              <w:keepNext/>
              <w:spacing w:after="0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b/>
                <w:sz w:val="22"/>
              </w:rPr>
              <w:t>2.2. Жа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лға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беруші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құқылы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>: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AED3EFB" w14:textId="77777777" w:rsidR="007E2111" w:rsidRPr="00DE6F78" w:rsidRDefault="00000000" w:rsidP="00E87592">
            <w:pPr>
              <w:keepNext/>
              <w:spacing w:after="0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b/>
                <w:sz w:val="22"/>
              </w:rPr>
              <w:t xml:space="preserve">2.2.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Арендодатель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вправе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>:</w:t>
            </w:r>
          </w:p>
        </w:tc>
      </w:tr>
      <w:tr w:rsidR="007E2111" w:rsidRPr="003A1C31" w14:paraId="7ABF1FDE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2D731DF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sz w:val="22"/>
              </w:rPr>
              <w:t xml:space="preserve">2.2.1. </w:t>
            </w:r>
            <w:proofErr w:type="spellStart"/>
            <w:r w:rsidRPr="00DE6F78">
              <w:rPr>
                <w:rFonts w:cs="Times New Roman"/>
                <w:sz w:val="22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ондағы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берушіге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тиесілі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мүлікті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қарап-тексеру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арқылы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Шарт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талаптарының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сақталуын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бақылауға</w:t>
            </w:r>
            <w:proofErr w:type="spellEnd"/>
            <w:r w:rsidRPr="00DE6F78">
              <w:rPr>
                <w:rFonts w:cs="Times New Roman"/>
                <w:sz w:val="22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4A0E007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2.2.1. Производить контроль соблюдения условий Договора путем осмотра Квартиры и находящегося в ней имущества, принадлежащего Арендодателю.</w:t>
            </w:r>
          </w:p>
        </w:tc>
      </w:tr>
      <w:tr w:rsidR="007E2111" w:rsidRPr="003A1C31" w14:paraId="64E6FF98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13688C1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2.2.2. Ж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алушыны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алдын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ала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хабардар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ете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отырып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жылыту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сумен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жабдықтау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жүйелерінің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аварияларын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өрт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қаупін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түтінденуін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шұғыл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жою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үшін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ашуға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сондай-ақ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алушымен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байланыс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30 (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отыз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)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күннен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астам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уақыт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бойы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болмаған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жағдайда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, ПИК/МИБ/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басқарушы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компания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өкілдерінің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полицияның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қатысуымен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ашуға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4290663" w14:textId="130306C6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2.2.2. Вскрыть Квартиру для срочного устранения аварий систем отопления, водоснабжения, угрозы пожара, задымления Квартиры с предварительным оповещением Арендатора, а также с участием представителей КСК/ОСИ/управляющей компании и полиции в случае потери связи с Арендатором более 30 (тридцат</w:t>
            </w:r>
            <w:r w:rsidR="009C494A" w:rsidRPr="00DE6F78">
              <w:rPr>
                <w:rFonts w:cs="Times New Roman"/>
                <w:sz w:val="22"/>
                <w:lang w:val="ru-RU"/>
              </w:rPr>
              <w:t>и</w:t>
            </w:r>
            <w:r w:rsidRPr="00DE6F78">
              <w:rPr>
                <w:rFonts w:cs="Times New Roman"/>
                <w:sz w:val="22"/>
                <w:lang w:val="ru-RU"/>
              </w:rPr>
              <w:t>) дней.</w:t>
            </w:r>
          </w:p>
        </w:tc>
      </w:tr>
      <w:tr w:rsidR="007E2111" w:rsidRPr="00EE66A4" w14:paraId="50C09FDA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CE85F56" w14:textId="7C54C119" w:rsidR="007E2111" w:rsidRPr="007F6465" w:rsidRDefault="00000000" w:rsidP="00E87592">
            <w:pPr>
              <w:keepNext/>
              <w:spacing w:after="0"/>
              <w:jc w:val="center"/>
              <w:rPr>
                <w:rFonts w:cs="Times New Roman"/>
                <w:sz w:val="22"/>
              </w:rPr>
            </w:pPr>
            <w:r w:rsidRPr="007F6465">
              <w:rPr>
                <w:rFonts w:cs="Times New Roman"/>
                <w:b/>
                <w:sz w:val="22"/>
              </w:rPr>
              <w:t xml:space="preserve">3. </w:t>
            </w:r>
            <w:proofErr w:type="spellStart"/>
            <w:r w:rsidRPr="00DE6F78">
              <w:rPr>
                <w:rFonts w:cs="Times New Roman"/>
                <w:b/>
                <w:sz w:val="22"/>
                <w:lang w:val="ru-RU"/>
              </w:rPr>
              <w:t>Тараптардың</w:t>
            </w:r>
            <w:proofErr w:type="spellEnd"/>
            <w:r w:rsidRPr="007F6465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sz w:val="22"/>
                <w:lang w:val="ru-RU"/>
              </w:rPr>
              <w:t>жауапкершілігі</w:t>
            </w:r>
            <w:proofErr w:type="spellEnd"/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99E160C" w14:textId="72031BF7" w:rsidR="007E2111" w:rsidRPr="00DE6F78" w:rsidRDefault="00000000" w:rsidP="00E87592">
            <w:pPr>
              <w:keepNext/>
              <w:spacing w:after="0"/>
              <w:jc w:val="center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b/>
                <w:sz w:val="22"/>
                <w:lang w:val="ru-RU"/>
              </w:rPr>
              <w:t xml:space="preserve">3. </w:t>
            </w:r>
            <w:r w:rsidR="007F6465">
              <w:rPr>
                <w:rFonts w:cs="Times New Roman"/>
                <w:b/>
                <w:sz w:val="22"/>
                <w:lang w:val="ru-RU"/>
              </w:rPr>
              <w:t>О</w:t>
            </w:r>
            <w:r w:rsidRPr="00DE6F78">
              <w:rPr>
                <w:rFonts w:cs="Times New Roman"/>
                <w:b/>
                <w:sz w:val="22"/>
                <w:lang w:val="ru-RU"/>
              </w:rPr>
              <w:t>тветственность Сторон</w:t>
            </w:r>
          </w:p>
        </w:tc>
      </w:tr>
      <w:tr w:rsidR="007E2111" w:rsidRPr="003A1C31" w14:paraId="64F71CD5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8C151B4" w14:textId="41E0FFA5" w:rsidR="007E2111" w:rsidRPr="007F6465" w:rsidRDefault="00000000" w:rsidP="00E87592">
            <w:pPr>
              <w:spacing w:after="0"/>
              <w:jc w:val="both"/>
              <w:rPr>
                <w:rFonts w:cs="Times New Roman"/>
                <w:sz w:val="22"/>
              </w:rPr>
            </w:pPr>
            <w:r w:rsidRPr="007F6465">
              <w:rPr>
                <w:rFonts w:cs="Times New Roman"/>
                <w:sz w:val="22"/>
              </w:rPr>
              <w:t xml:space="preserve">3.1.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r w:rsidRPr="00DE6F78">
              <w:rPr>
                <w:rFonts w:cs="Times New Roman"/>
                <w:sz w:val="22"/>
                <w:lang w:val="ru-RU"/>
              </w:rPr>
              <w:t>осы</w:t>
            </w:r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Шарттың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3.2.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тармағына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сәйкес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кемінде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r w:rsidRPr="007F6465">
              <w:rPr>
                <w:rFonts w:cs="Times New Roman"/>
                <w:b/>
                <w:bCs/>
                <w:sz w:val="22"/>
              </w:rPr>
              <w:t>10 (</w:t>
            </w:r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он</w:t>
            </w:r>
            <w:r w:rsidRPr="007F6465">
              <w:rPr>
                <w:rFonts w:cs="Times New Roman"/>
                <w:b/>
                <w:bCs/>
                <w:sz w:val="22"/>
              </w:rPr>
              <w:t xml:space="preserve">)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күн</w:t>
            </w:r>
            <w:proofErr w:type="spellEnd"/>
            <w:r w:rsidRPr="007F646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бұрын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хабардар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ете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отырып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Шартты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r w:rsidR="009C494A" w:rsidRPr="00DE6F78">
              <w:rPr>
                <w:rFonts w:cs="Times New Roman"/>
                <w:sz w:val="22"/>
                <w:lang w:val="ru-RU"/>
              </w:rPr>
              <w:t>б</w:t>
            </w:r>
            <w:r w:rsidR="001C0BF2" w:rsidRPr="00DE6F78">
              <w:rPr>
                <w:rFonts w:cs="Times New Roman"/>
                <w:sz w:val="22"/>
                <w:lang w:val="kk-KZ"/>
              </w:rPr>
              <w:t>ұ</w:t>
            </w:r>
            <w:proofErr w:type="spellStart"/>
            <w:r w:rsidR="009C494A" w:rsidRPr="00DE6F78">
              <w:rPr>
                <w:rFonts w:cs="Times New Roman"/>
                <w:sz w:val="22"/>
                <w:lang w:val="ru-RU"/>
              </w:rPr>
              <w:t>зу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жағдайын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қоспағанда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алушыны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Шартты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бұзу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күніне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дейін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кемінде</w:t>
            </w:r>
            <w:proofErr w:type="spellEnd"/>
            <w:r w:rsidRPr="007F6465">
              <w:rPr>
                <w:rFonts w:cs="Times New Roman"/>
                <w:b/>
                <w:bCs/>
                <w:sz w:val="22"/>
              </w:rPr>
              <w:t xml:space="preserve"> 30 (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отыз</w:t>
            </w:r>
            <w:proofErr w:type="spellEnd"/>
            <w:r w:rsidRPr="007F6465">
              <w:rPr>
                <w:rFonts w:cs="Times New Roman"/>
                <w:b/>
                <w:bCs/>
                <w:sz w:val="22"/>
              </w:rPr>
              <w:t xml:space="preserve">)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күн</w:t>
            </w:r>
            <w:proofErr w:type="spellEnd"/>
            <w:r w:rsidRPr="007F6465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бұрын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хабардар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ете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отырып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, </w:t>
            </w:r>
            <w:r w:rsidRPr="00DE6F78">
              <w:rPr>
                <w:rFonts w:cs="Times New Roman"/>
                <w:sz w:val="22"/>
                <w:lang w:val="ru-RU"/>
              </w:rPr>
              <w:t>осы</w:t>
            </w:r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Шартты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кез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келген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уақытта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мерзімінен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бұрын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бұзуға</w:t>
            </w:r>
            <w:proofErr w:type="spellEnd"/>
            <w:r w:rsidRPr="007F6465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құқылы</w:t>
            </w:r>
            <w:proofErr w:type="spellEnd"/>
            <w:r w:rsidRPr="007F6465">
              <w:rPr>
                <w:rFonts w:cs="Times New Roman"/>
                <w:sz w:val="22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B682241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3.1. Арендодатель вправе в любое время досрочно расторгнуть настоящий Договор, уведомив об этом Арендатора не менее чем </w:t>
            </w:r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за 30 (тридцать) дней</w:t>
            </w:r>
            <w:r w:rsidRPr="00DE6F78">
              <w:rPr>
                <w:rFonts w:cs="Times New Roman"/>
                <w:sz w:val="22"/>
                <w:lang w:val="ru-RU"/>
              </w:rPr>
              <w:t xml:space="preserve"> до даты расторжения Договора, за исключением расторжения Договора согласно пункту 3.2. настоящего Договора с уведомлением не менее чем </w:t>
            </w:r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за 10 (десять) дней</w:t>
            </w:r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</w:tr>
      <w:tr w:rsidR="007E2111" w:rsidRPr="003A1C31" w14:paraId="0064CC34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71A1614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3.2. Жа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алушының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онымен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бірге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lastRenderedPageBreak/>
              <w:t>тұратын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адамның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осы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талаптарын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бұзуы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олардың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келгенінің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ондағы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мүлкіне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залал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келтіруі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осы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Шартты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елеулі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түрде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бұзу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болып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табылады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.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Көрсетілген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жағдайларда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алушыны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бұл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туралы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кемінде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10 (он)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күн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бұрын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хабардар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ете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отырып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осы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Шартты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мерзімінен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бұрын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бұзуға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құқылы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ECE0363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lastRenderedPageBreak/>
              <w:t>3.2. Нарушение Арендатором и/или любым из сов</w:t>
            </w:r>
            <w:r w:rsidRPr="00DE6F78">
              <w:rPr>
                <w:rFonts w:cs="Times New Roman"/>
                <w:sz w:val="22"/>
                <w:lang w:val="ru-RU"/>
              </w:rPr>
              <w:lastRenderedPageBreak/>
              <w:t xml:space="preserve">местно проживающих с ним лиц условий настоящего Договора и/или причинение любым из них ущерба Квартире и/или находящемуся в ней имуществу Арендодателя является </w:t>
            </w:r>
            <w:r w:rsidRPr="00DE6F78">
              <w:rPr>
                <w:rFonts w:cs="Times New Roman"/>
                <w:b/>
                <w:bCs/>
                <w:sz w:val="22"/>
                <w:lang w:val="ru-RU"/>
              </w:rPr>
              <w:t>существенным нарушением настоящего Договора</w:t>
            </w:r>
            <w:r w:rsidRPr="00DE6F78">
              <w:rPr>
                <w:rFonts w:cs="Times New Roman"/>
                <w:sz w:val="22"/>
                <w:lang w:val="ru-RU"/>
              </w:rPr>
              <w:t xml:space="preserve">. В указанных случаях Арендодатель вправе досрочно расторгнуть настоящий Договор, уведомив об этом Арендатора не менее чем </w:t>
            </w:r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за 10 (десять) дней</w:t>
            </w:r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</w:tr>
      <w:tr w:rsidR="007E2111" w:rsidRPr="003A1C31" w14:paraId="04B6AA9D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5FA9532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lastRenderedPageBreak/>
              <w:t>3.3. Жа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берушіні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Шартты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бұзу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күніне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дейін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кемінде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r w:rsidRPr="00DE6F78">
              <w:rPr>
                <w:rFonts w:cs="Times New Roman"/>
                <w:b/>
                <w:bCs/>
                <w:sz w:val="22"/>
                <w:lang w:val="ru-RU"/>
              </w:rPr>
              <w:t>30 (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отыз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)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күн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бұрын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хабардар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ете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отырып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осы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Шартты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уақытта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мерзімінен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бұрын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бұзуға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құқылы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93A82BE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3.3. Арендатор вправе в любое время досрочно расторгнуть настоящий Договор, уведомив об этом Арендодателя не менее чем за </w:t>
            </w:r>
            <w:r w:rsidRPr="00DE6F78">
              <w:rPr>
                <w:rFonts w:cs="Times New Roman"/>
                <w:b/>
                <w:bCs/>
                <w:sz w:val="22"/>
                <w:lang w:val="ru-RU"/>
              </w:rPr>
              <w:t>30 (тридцать) дней</w:t>
            </w:r>
            <w:r w:rsidRPr="00DE6F78">
              <w:rPr>
                <w:rFonts w:cs="Times New Roman"/>
                <w:sz w:val="22"/>
                <w:lang w:val="ru-RU"/>
              </w:rPr>
              <w:t xml:space="preserve"> до даты расторжения Договора.</w:t>
            </w:r>
          </w:p>
        </w:tc>
      </w:tr>
      <w:tr w:rsidR="007E2111" w:rsidRPr="003A1C31" w14:paraId="1F4A0491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EBBF89D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3.4. Жа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кіреберіс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есігі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кілттерінің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Пәтермен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бірге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берілген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мүліктің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қайтарылуы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алушының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осы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Шартта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көзделген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жалдау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төлемдері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мен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өзге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де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төлемдерді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төлеу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бойынша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берешегінің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болмауы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екі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Тарап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қол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қоятын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қайтару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актісімен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расталуға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тиіс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C3D85FD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3.4. Возврат Арендодателю Квартиры, ключей от входной двери Квартиры и имущества, переданного Арендатору вместе с Квартирой, отсутствие у Арендатора задолженности по оплате арендных и иных платежей, предусмотренных настоящим Договором, должны подтверждаться Актом возврата Квартиры, подписываемым обеими Сторонами.</w:t>
            </w:r>
          </w:p>
        </w:tc>
      </w:tr>
      <w:tr w:rsidR="007E2111" w:rsidRPr="003A1C31" w14:paraId="24B1F7A1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59DF75A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3.5. Жа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Шартта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көзделген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жалдау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төлемдерін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өзге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де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төлемдерді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төлеу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жөніндегі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міндетін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бұзған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жағдайда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алушыдан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көрсетілген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міндеттемелердің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келгенін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бұзған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әрбір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күні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үшін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__________ (___________________)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теңге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мөлшерінде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тұрақсыздық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айыбын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(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өсімпұлды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)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төлеуді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талап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етуге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құқылы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8273F3E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3.5. В случае нарушения Арендатором обязанности по оплате арендных и/или иных платежей, предусмотренных Договором, Арендодатель вправе потребовать от Арендатора оплатить неустойку (пени) в размере ________ (_________________) тенге за каждый день нарушения Арендатором любого из указанных обязательств.</w:t>
            </w:r>
          </w:p>
        </w:tc>
      </w:tr>
      <w:tr w:rsidR="007E2111" w:rsidRPr="003A1C31" w14:paraId="5C753DD6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A75A79D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3.6. Жа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кіреберіс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есігінің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кілттерін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Пәтермен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бірге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берілген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мүлікті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қайтару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жөніндегі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міндеттемесін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бұзған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жағдайда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алушыдан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мыналарды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төлеуді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талап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етуге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құқылы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: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EAC20DA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3.6. В случае нарушения Арендатором обязательства по возврату Квартиры и/или ключей от входной двери Квартиры и/или имущества, переданного Арендатору вместе с Квартирой, Арендодатель вправе потребовать от Арендатора оплатить:</w:t>
            </w:r>
          </w:p>
        </w:tc>
      </w:tr>
      <w:tr w:rsidR="007E2111" w:rsidRPr="003A1C31" w14:paraId="3C0983AC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8D21149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а)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көрсетілген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міндеттемелердің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келгенін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бұзған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әрбір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күні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үшін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_________ (_________________)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теңге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мөлшерінде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тұрақсыздық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айыбын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(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өсімпұлды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);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DEDEF7E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а) неустойку (пени) в размере ______ (_________________) тенге за каждый день нарушения любого из указанных обязательств;</w:t>
            </w:r>
          </w:p>
        </w:tc>
      </w:tr>
      <w:tr w:rsidR="007E2111" w:rsidRPr="003A1C31" w14:paraId="7FA8EF0F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40D4196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б)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көрсетілген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міндеттемелердің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келгенін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бұзған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әрбір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күні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үшін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осы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Шарттың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1.1.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тармағында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көрсетілген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жалдау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ақысының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1/30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мөлшерінде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мерзімі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өткен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бүкіл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уақыт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бойы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пайдаланғаны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үшін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ақыны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;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B9A0B1C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б) плату за пользование Квартирой за все время просрочки в размере 1/30 арендной платы, указанной в пункте 1.1. настоящего Договора, за каждый день нарушения любого из указанных обязательств;</w:t>
            </w:r>
          </w:p>
        </w:tc>
      </w:tr>
      <w:tr w:rsidR="007E2111" w:rsidRPr="003A1C31" w14:paraId="4E5FCEE6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EE81401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в) осы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тармақтың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а)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б)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тармақшаларында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көзделген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төлемдермен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жабылмаған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бөлігінде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айырылып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қалған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пайда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түріндегі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залалдарды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8542015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в) убытки в виде упущенной выгоды в части, не покрытой платежами, предусмотренными подпунктами а) и б) настоящего пункта.</w:t>
            </w:r>
          </w:p>
        </w:tc>
      </w:tr>
      <w:tr w:rsidR="007E2111" w:rsidRPr="00DE6F78" w14:paraId="4A3B694B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C911E67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sz w:val="22"/>
                <w:lang w:val="ru-RU"/>
              </w:rPr>
              <w:t>3.7. Ш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арт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Қазақстан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Республикасының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заңнамасымен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реттеледі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.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Тараптар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арасындағы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бойынша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сотқа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дейінгі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тәртіппен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реттелмеген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даулар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орналасқан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жердегі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сот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органдарында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қаралады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. </w:t>
            </w:r>
            <w:proofErr w:type="spellStart"/>
            <w:r w:rsidRPr="00DE6F78">
              <w:rPr>
                <w:rFonts w:cs="Times New Roman"/>
                <w:sz w:val="22"/>
              </w:rPr>
              <w:t>Сотқа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талап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қою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берілгенге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дейін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наразылық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жіберу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міндетті</w:t>
            </w:r>
            <w:proofErr w:type="spellEnd"/>
            <w:r w:rsidRPr="00DE6F78">
              <w:rPr>
                <w:rFonts w:cs="Times New Roman"/>
                <w:sz w:val="22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6482EE1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3.7. Договор регулируется законодательством Республики Казахстан. Споры между Сторонами по Договору, неурегулированные в досудебном порядке, рассматриваются судебными органами по месту нахождения Квартиры. </w:t>
            </w:r>
            <w:proofErr w:type="spellStart"/>
            <w:r w:rsidRPr="00DE6F78">
              <w:rPr>
                <w:rFonts w:cs="Times New Roman"/>
                <w:sz w:val="22"/>
              </w:rPr>
              <w:t>До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подачи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иска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в </w:t>
            </w:r>
            <w:proofErr w:type="spellStart"/>
            <w:r w:rsidRPr="00DE6F78">
              <w:rPr>
                <w:rFonts w:cs="Times New Roman"/>
                <w:sz w:val="22"/>
              </w:rPr>
              <w:t>суд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обязательно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направление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претензии</w:t>
            </w:r>
            <w:proofErr w:type="spellEnd"/>
            <w:r w:rsidRPr="00DE6F78">
              <w:rPr>
                <w:rFonts w:cs="Times New Roman"/>
                <w:sz w:val="22"/>
              </w:rPr>
              <w:t>.</w:t>
            </w:r>
          </w:p>
        </w:tc>
      </w:tr>
      <w:tr w:rsidR="007E2111" w:rsidRPr="00DE6F78" w14:paraId="42A8A6A0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4435050" w14:textId="77777777" w:rsidR="007E2111" w:rsidRPr="00DE6F78" w:rsidRDefault="00000000" w:rsidP="00E87592">
            <w:pPr>
              <w:keepNext/>
              <w:spacing w:after="0"/>
              <w:jc w:val="center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b/>
                <w:sz w:val="22"/>
              </w:rPr>
              <w:t xml:space="preserve">4.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Қорытынды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ережелер</w:t>
            </w:r>
            <w:proofErr w:type="spellEnd"/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56D06C0" w14:textId="77777777" w:rsidR="007E2111" w:rsidRPr="00DE6F78" w:rsidRDefault="00000000" w:rsidP="00E87592">
            <w:pPr>
              <w:keepNext/>
              <w:spacing w:after="0"/>
              <w:jc w:val="center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b/>
                <w:sz w:val="22"/>
              </w:rPr>
              <w:t xml:space="preserve">4.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Заключительные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положения</w:t>
            </w:r>
            <w:proofErr w:type="spellEnd"/>
          </w:p>
        </w:tc>
      </w:tr>
      <w:tr w:rsidR="007E2111" w:rsidRPr="003A1C31" w14:paraId="58894E1C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B0D2EC7" w14:textId="344AD4D5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sz w:val="22"/>
              </w:rPr>
              <w:t xml:space="preserve">4.1. </w:t>
            </w:r>
            <w:proofErr w:type="spellStart"/>
            <w:r w:rsidRPr="00DE6F78">
              <w:rPr>
                <w:rFonts w:cs="Times New Roman"/>
                <w:sz w:val="22"/>
              </w:rPr>
              <w:t>Тараптың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екінші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Тараптың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осы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Шартта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lastRenderedPageBreak/>
              <w:t>көрсетілген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мекенжайына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пошта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байланысы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арқылы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екінші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Тараптың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осы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Шартта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көрсетілген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ұялы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телефон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нөміріне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SMS-</w:t>
            </w:r>
            <w:proofErr w:type="spellStart"/>
            <w:r w:rsidRPr="00DE6F78">
              <w:rPr>
                <w:rFonts w:cs="Times New Roman"/>
                <w:sz w:val="22"/>
              </w:rPr>
              <w:t>хабарламалар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түрінде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WhatsApp, Telegram </w:t>
            </w:r>
            <w:proofErr w:type="spellStart"/>
            <w:r w:rsidRPr="00DE6F78">
              <w:rPr>
                <w:rFonts w:cs="Times New Roman"/>
                <w:sz w:val="22"/>
              </w:rPr>
              <w:t>хабар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алмасу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қосымшаларында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жазбаша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дауыстық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хабарламалар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арқылы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жіберген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хабарламасы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осы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Тарапты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Шарт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бойынша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тиісінше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хабардар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ету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(</w:t>
            </w:r>
            <w:proofErr w:type="spellStart"/>
            <w:r w:rsidRPr="00DE6F78">
              <w:rPr>
                <w:rFonts w:cs="Times New Roman"/>
                <w:sz w:val="22"/>
              </w:rPr>
              <w:t>хабарлау</w:t>
            </w:r>
            <w:proofErr w:type="spellEnd"/>
            <w:r w:rsidRPr="00DE6F78">
              <w:rPr>
                <w:rFonts w:cs="Times New Roman"/>
                <w:sz w:val="22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</w:rPr>
              <w:t>құлақтандыру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) </w:t>
            </w:r>
            <w:proofErr w:type="spellStart"/>
            <w:r w:rsidRPr="00DE6F78">
              <w:rPr>
                <w:rFonts w:cs="Times New Roman"/>
                <w:sz w:val="22"/>
              </w:rPr>
              <w:t>болып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табылады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. </w:t>
            </w:r>
            <w:proofErr w:type="spellStart"/>
            <w:r w:rsidRPr="00DE6F78">
              <w:rPr>
                <w:rFonts w:cs="Times New Roman"/>
                <w:sz w:val="22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берушінің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алушыға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Пәтердің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мекенжайына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пошта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байланысы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арқылы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жіберген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хабарламасы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да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дәл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сондай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күшке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ие</w:t>
            </w:r>
            <w:proofErr w:type="spellEnd"/>
            <w:r w:rsidRPr="00DE6F78">
              <w:rPr>
                <w:rFonts w:cs="Times New Roman"/>
                <w:sz w:val="22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3C85C4A" w14:textId="7E8B7E1C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lastRenderedPageBreak/>
              <w:t xml:space="preserve">4.1. Уведомление, направленное Стороной почтовой </w:t>
            </w:r>
            <w:r w:rsidRPr="00DE6F78">
              <w:rPr>
                <w:rFonts w:cs="Times New Roman"/>
                <w:sz w:val="22"/>
                <w:lang w:val="ru-RU"/>
              </w:rPr>
              <w:lastRenderedPageBreak/>
              <w:t xml:space="preserve">связью по адресу другой Стороны, указанному в настоящем Договоре, и/или в виде </w:t>
            </w:r>
            <w:r w:rsidRPr="00DE6F78">
              <w:rPr>
                <w:rFonts w:cs="Times New Roman"/>
                <w:sz w:val="22"/>
              </w:rPr>
              <w:t>SMS</w:t>
            </w:r>
            <w:r w:rsidRPr="00DE6F78">
              <w:rPr>
                <w:rFonts w:cs="Times New Roman"/>
                <w:sz w:val="22"/>
                <w:lang w:val="ru-RU"/>
              </w:rPr>
              <w:t>-сообщений и/или посредством письменных и/или голосовых сообщений в приложениях для обмена сообщени</w:t>
            </w:r>
            <w:r w:rsidR="003A1C31">
              <w:rPr>
                <w:rFonts w:cs="Times New Roman"/>
                <w:sz w:val="22"/>
                <w:lang w:val="ru-RU"/>
              </w:rPr>
              <w:t>ями</w:t>
            </w:r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r w:rsidRPr="00DE6F78">
              <w:rPr>
                <w:rFonts w:cs="Times New Roman"/>
                <w:sz w:val="22"/>
              </w:rPr>
              <w:t>WhatsApp</w:t>
            </w:r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r w:rsidRPr="00DE6F78">
              <w:rPr>
                <w:rFonts w:cs="Times New Roman"/>
                <w:sz w:val="22"/>
              </w:rPr>
              <w:t>Telegram</w:t>
            </w:r>
            <w:r w:rsidRPr="00DE6F78">
              <w:rPr>
                <w:rFonts w:cs="Times New Roman"/>
                <w:sz w:val="22"/>
                <w:lang w:val="ru-RU"/>
              </w:rPr>
              <w:t xml:space="preserve"> на номер мобильного телефона другой Стороны, указанный в настоящем Договоре, является надлежащим уведомлением (извещением/</w:t>
            </w:r>
            <w:r w:rsidR="00C97991" w:rsidRPr="00DE6F78">
              <w:rPr>
                <w:rFonts w:cs="Times New Roman"/>
                <w:sz w:val="22"/>
                <w:lang w:val="ru-RU"/>
              </w:rPr>
              <w:t xml:space="preserve"> </w:t>
            </w:r>
            <w:r w:rsidRPr="00DE6F78">
              <w:rPr>
                <w:rFonts w:cs="Times New Roman"/>
                <w:sz w:val="22"/>
                <w:lang w:val="ru-RU"/>
              </w:rPr>
              <w:t>оповещением) этой Стороны по Договору. Такую же силу имеет уведомление, направленное Арендодателем Арендатору почтовой связью на адрес Квартиры.</w:t>
            </w:r>
          </w:p>
        </w:tc>
      </w:tr>
      <w:tr w:rsidR="007E2111" w:rsidRPr="003A1C31" w14:paraId="76A67BAC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6867019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lastRenderedPageBreak/>
              <w:t>4.2. Ш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арт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Тараптар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қол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қойған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күннен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бастап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күшіне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енеді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Тараптар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ол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бойынша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міндеттемелерін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толық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орындағанға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дейін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қолданылады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.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Шартқа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енгізілетін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өзгерістер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мен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толықтырулар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жазбаша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нысанда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жасалып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оларға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екі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Тарап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та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қол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қойған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жағдайда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ғана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жарамды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болады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E874674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4.2. Договор вступает в силу с даты его подписания Сторонами и действует до полного исполнения обязательств Сторон по нему. Любые изменения и дополнения к Договору действительны лишь при условии, если они совершены в письменной форме и подписаны обеими Сторонами.</w:t>
            </w:r>
          </w:p>
        </w:tc>
      </w:tr>
      <w:tr w:rsidR="007E2111" w:rsidRPr="003A1C31" w14:paraId="43E20845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BE363C7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4.3. Т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араптың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бойынша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құқықтары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міндеттері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екінші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Тараптың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жазбаша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келісімінсіз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үшінші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тұлғаға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үшінші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тұлғаларға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берілмейді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D77B186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4.3. Права и/или обязанности Стороны по Договору не могут быть переданы третьему лицу/третьим лицам без письменного согласия другой Стороны.</w:t>
            </w:r>
          </w:p>
        </w:tc>
      </w:tr>
      <w:tr w:rsidR="007E2111" w:rsidRPr="003A1C31" w14:paraId="62D10281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1640772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4.4. П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әтерді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қабылдау-тапсыру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актісі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осы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Шарттың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ажырамас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бөлігі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болып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табылады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57E8C17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4.4. Акт приема-передачи Квартиры является неотъемлемой частью настоящего Договора.</w:t>
            </w:r>
          </w:p>
        </w:tc>
      </w:tr>
      <w:tr w:rsidR="007E2111" w:rsidRPr="003A1C31" w14:paraId="29EE7E96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759F8E4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4.5. Т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араптар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ұялы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телефон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нөмірлері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немесе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мекенжайлары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өзгерген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жағдайда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бір-бірін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дереу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хабардар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етуге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міндеттенеді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1ADF721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4.5. Стороны обязуются незамедлительно уведомлять друг друга в случае изменения номеров мобильных телефонов и/или адресов.</w:t>
            </w:r>
          </w:p>
        </w:tc>
      </w:tr>
      <w:tr w:rsidR="007E2111" w:rsidRPr="003A1C31" w14:paraId="271D0770" w14:textId="77777777" w:rsidTr="009C494A"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D7B12EA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4.6. Ш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арт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заңдық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күші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бірдей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екі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данада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әр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Тарап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үшін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бір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данадан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жасалды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5916D5B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4.6. Договор составлен в двух экземплярах, имеющих равную юридическую силу, по одному экземпляру для каждой Стороны.</w:t>
            </w:r>
          </w:p>
        </w:tc>
      </w:tr>
      <w:tr w:rsidR="008B3274" w:rsidRPr="00DE6F78" w14:paraId="2AE3E1F6" w14:textId="77777777" w:rsidTr="00EE289A">
        <w:tc>
          <w:tcPr>
            <w:tcW w:w="10489" w:type="dxa"/>
            <w:gridSpan w:val="2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659B790" w14:textId="4726BCA1" w:rsidR="008B3274" w:rsidRPr="00DE6F78" w:rsidRDefault="008B3274" w:rsidP="008B3274">
            <w:pPr>
              <w:keepNext/>
              <w:spacing w:after="0"/>
              <w:jc w:val="center"/>
              <w:rPr>
                <w:rFonts w:cs="Times New Roman"/>
                <w:sz w:val="22"/>
              </w:rPr>
            </w:pPr>
            <w:proofErr w:type="spellStart"/>
            <w:r w:rsidRPr="00DE6F78">
              <w:rPr>
                <w:rFonts w:cs="Times New Roman"/>
                <w:b/>
                <w:sz w:val="22"/>
              </w:rPr>
              <w:t>Тараптардың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қолдары</w:t>
            </w:r>
            <w:proofErr w:type="spellEnd"/>
            <w:r w:rsidRPr="00DE6F78">
              <w:rPr>
                <w:rFonts w:cs="Times New Roman"/>
                <w:b/>
                <w:sz w:val="22"/>
                <w:lang w:val="ru-RU"/>
              </w:rPr>
              <w:t>/</w:t>
            </w:r>
            <w:proofErr w:type="spellStart"/>
            <w:r w:rsidRPr="00DE6F78">
              <w:rPr>
                <w:rFonts w:cs="Times New Roman"/>
                <w:b/>
                <w:sz w:val="22"/>
              </w:rPr>
              <w:t>Подписи</w:t>
            </w:r>
            <w:proofErr w:type="spellEnd"/>
            <w:r w:rsidRPr="00DE6F78">
              <w:rPr>
                <w:rFonts w:cs="Times New Roman"/>
                <w:b/>
                <w:sz w:val="22"/>
              </w:rPr>
              <w:t xml:space="preserve"> Сторон:</w:t>
            </w:r>
          </w:p>
        </w:tc>
      </w:tr>
      <w:tr w:rsidR="007E2111" w:rsidRPr="003A1C31" w14:paraId="72526F4E" w14:textId="77777777" w:rsidTr="009C494A">
        <w:trPr>
          <w:cantSplit/>
        </w:trPr>
        <w:tc>
          <w:tcPr>
            <w:tcW w:w="5244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4558D8E" w14:textId="1AE355FB" w:rsidR="008B3274" w:rsidRPr="00DE6F78" w:rsidRDefault="00000000" w:rsidP="008B3274">
            <w:pPr>
              <w:spacing w:after="0"/>
              <w:jc w:val="center"/>
              <w:rPr>
                <w:rFonts w:cs="Times New Roman"/>
                <w:b/>
                <w:bCs/>
                <w:sz w:val="22"/>
                <w:lang w:val="ru-RU"/>
              </w:rPr>
            </w:pP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беруші</w:t>
            </w:r>
            <w:proofErr w:type="spellEnd"/>
            <w:r w:rsidR="008B3274" w:rsidRPr="00DE6F78">
              <w:rPr>
                <w:rFonts w:cs="Times New Roman"/>
                <w:b/>
                <w:bCs/>
                <w:sz w:val="22"/>
                <w:lang w:val="ru-RU"/>
              </w:rPr>
              <w:t>/Арендодатель</w:t>
            </w:r>
          </w:p>
          <w:p w14:paraId="03605B42" w14:textId="4124716E" w:rsidR="007E2111" w:rsidRPr="00DE6F78" w:rsidRDefault="007E2111" w:rsidP="00E87592">
            <w:pPr>
              <w:spacing w:after="0"/>
              <w:jc w:val="center"/>
              <w:rPr>
                <w:rFonts w:cs="Times New Roman"/>
                <w:b/>
                <w:bCs/>
                <w:sz w:val="22"/>
                <w:lang w:val="ru-RU"/>
              </w:rPr>
            </w:pPr>
          </w:p>
          <w:p w14:paraId="2299B1FE" w14:textId="3EC34E39" w:rsidR="007E2111" w:rsidRPr="00DE6F78" w:rsidRDefault="00DE6F78" w:rsidP="00E87592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Т.А.</w:t>
            </w:r>
            <w:r w:rsidRPr="00DE6F78">
              <w:rPr>
                <w:rFonts w:cs="Times New Roman"/>
                <w:sz w:val="22"/>
                <w:lang w:val="kk-KZ"/>
              </w:rPr>
              <w:t>Ә</w:t>
            </w:r>
            <w:r w:rsidRPr="00DE6F78">
              <w:rPr>
                <w:rFonts w:cs="Times New Roman"/>
                <w:sz w:val="22"/>
                <w:lang w:val="ru-RU"/>
              </w:rPr>
              <w:t>./</w:t>
            </w:r>
            <w:r w:rsidR="008B3274" w:rsidRPr="00DE6F78">
              <w:rPr>
                <w:rFonts w:cs="Times New Roman"/>
                <w:sz w:val="22"/>
                <w:lang w:val="ru-RU"/>
              </w:rPr>
              <w:t>Ф.И.О.</w:t>
            </w:r>
            <w:r w:rsidRPr="00DE6F78">
              <w:rPr>
                <w:rFonts w:cs="Times New Roman"/>
                <w:sz w:val="22"/>
                <w:lang w:val="ru-RU"/>
              </w:rPr>
              <w:t xml:space="preserve"> ________________________________</w:t>
            </w:r>
          </w:p>
          <w:p w14:paraId="7D4E2DE5" w14:textId="47EAD4CF" w:rsidR="007E2111" w:rsidRPr="00DE6F78" w:rsidRDefault="00000000" w:rsidP="00E87592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ЖСН</w:t>
            </w:r>
            <w:r w:rsidR="00DE6F78" w:rsidRPr="00DE6F78">
              <w:rPr>
                <w:rFonts w:cs="Times New Roman"/>
                <w:sz w:val="22"/>
                <w:lang w:val="ru-RU"/>
              </w:rPr>
              <w:t xml:space="preserve">/ИИН </w:t>
            </w:r>
            <w:r w:rsidRPr="00DE6F78">
              <w:rPr>
                <w:rFonts w:cs="Times New Roman"/>
                <w:sz w:val="22"/>
                <w:lang w:val="ru-RU"/>
              </w:rPr>
              <w:t xml:space="preserve"> ________________</w:t>
            </w:r>
          </w:p>
          <w:p w14:paraId="3B43951D" w14:textId="07B5BFAE" w:rsidR="007E2111" w:rsidRPr="00DE6F78" w:rsidRDefault="00DE6F78" w:rsidP="00E87592">
            <w:pPr>
              <w:spacing w:after="0"/>
              <w:rPr>
                <w:rFonts w:cs="Times New Roman"/>
                <w:sz w:val="22"/>
                <w:lang w:val="ru-RU"/>
              </w:rPr>
            </w:pP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жеке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куәлік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/удостоверение личности № </w:t>
            </w:r>
          </w:p>
          <w:p w14:paraId="2ABC5B2B" w14:textId="31324D2F" w:rsidR="007E2111" w:rsidRPr="00DE6F78" w:rsidRDefault="00000000" w:rsidP="00E87592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ҚР ІІМ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берген</w:t>
            </w:r>
            <w:proofErr w:type="spellEnd"/>
            <w:r w:rsidR="00DE6F78" w:rsidRPr="00DE6F78">
              <w:rPr>
                <w:rFonts w:cs="Times New Roman"/>
                <w:sz w:val="22"/>
                <w:lang w:val="ru-RU"/>
              </w:rPr>
              <w:t>/выдано МВД РК _______</w:t>
            </w:r>
          </w:p>
          <w:p w14:paraId="17024E1A" w14:textId="710BCE96" w:rsidR="007E2111" w:rsidRPr="00DE6F78" w:rsidRDefault="00DE6F78" w:rsidP="00E87592">
            <w:pPr>
              <w:spacing w:after="0"/>
              <w:rPr>
                <w:rFonts w:cs="Times New Roman"/>
                <w:sz w:val="22"/>
                <w:lang w:val="ru-RU"/>
              </w:rPr>
            </w:pP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мекенжайы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/адрес: _______________________ </w:t>
            </w:r>
          </w:p>
          <w:p w14:paraId="4E7AE7E1" w14:textId="77777777" w:rsidR="007E2111" w:rsidRPr="00DE6F78" w:rsidRDefault="00000000" w:rsidP="00E87592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тел. +7 __________________</w:t>
            </w:r>
          </w:p>
          <w:p w14:paraId="5C1E7190" w14:textId="77777777" w:rsidR="007E2111" w:rsidRPr="00DE6F78" w:rsidRDefault="00000000" w:rsidP="00E87592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_____________________________</w:t>
            </w:r>
          </w:p>
          <w:p w14:paraId="16F77E74" w14:textId="4C7685C6" w:rsidR="007E2111" w:rsidRPr="00DE6F78" w:rsidRDefault="00E87592" w:rsidP="00E87592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               (</w:t>
            </w:r>
            <w:r w:rsidR="00DE6F78" w:rsidRPr="00DE6F78">
              <w:rPr>
                <w:rFonts w:cs="Times New Roman"/>
                <w:sz w:val="22"/>
                <w:lang w:val="ru-RU"/>
              </w:rPr>
              <w:t>Т.А.</w:t>
            </w:r>
            <w:r w:rsidR="00DE6F78" w:rsidRPr="00DE6F78">
              <w:rPr>
                <w:rFonts w:cs="Times New Roman"/>
                <w:sz w:val="22"/>
                <w:lang w:val="kk-KZ"/>
              </w:rPr>
              <w:t>Ә</w:t>
            </w:r>
            <w:r w:rsidR="00DE6F78" w:rsidRPr="00DE6F78">
              <w:rPr>
                <w:rFonts w:cs="Times New Roman"/>
                <w:sz w:val="22"/>
                <w:lang w:val="ru-RU"/>
              </w:rPr>
              <w:t xml:space="preserve">.,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қолы</w:t>
            </w:r>
            <w:proofErr w:type="spellEnd"/>
            <w:r w:rsidR="00DE6F78" w:rsidRPr="00DE6F78">
              <w:rPr>
                <w:rFonts w:cs="Times New Roman"/>
                <w:sz w:val="22"/>
                <w:lang w:val="ru-RU"/>
              </w:rPr>
              <w:t>, Ф.И.О., подпись</w:t>
            </w:r>
            <w:r w:rsidRPr="00DE6F78">
              <w:rPr>
                <w:rFonts w:cs="Times New Roman"/>
                <w:sz w:val="22"/>
                <w:lang w:val="ru-RU"/>
              </w:rPr>
              <w:t>)</w:t>
            </w:r>
          </w:p>
        </w:tc>
        <w:tc>
          <w:tcPr>
            <w:tcW w:w="5245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1AE02A6" w14:textId="26670ACD" w:rsidR="00DE6F78" w:rsidRPr="00DE6F78" w:rsidRDefault="00DE6F78" w:rsidP="00DE6F78">
            <w:pPr>
              <w:spacing w:after="0"/>
              <w:jc w:val="center"/>
              <w:rPr>
                <w:rFonts w:cs="Times New Roman"/>
                <w:b/>
                <w:bCs/>
                <w:sz w:val="22"/>
                <w:lang w:val="ru-RU"/>
              </w:rPr>
            </w:pP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алушы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/Арендатор</w:t>
            </w:r>
          </w:p>
          <w:p w14:paraId="654F2945" w14:textId="2BA870C6" w:rsidR="00DE6F78" w:rsidRPr="00DE6F78" w:rsidRDefault="00DE6F78" w:rsidP="00DE6F78">
            <w:pPr>
              <w:spacing w:after="0"/>
              <w:jc w:val="center"/>
              <w:rPr>
                <w:rFonts w:cs="Times New Roman"/>
                <w:b/>
                <w:bCs/>
                <w:sz w:val="22"/>
                <w:lang w:val="ru-RU"/>
              </w:rPr>
            </w:pPr>
          </w:p>
          <w:p w14:paraId="5EADE666" w14:textId="77777777" w:rsidR="00DE6F78" w:rsidRPr="00DE6F78" w:rsidRDefault="00DE6F78" w:rsidP="00DE6F78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Т.А.</w:t>
            </w:r>
            <w:r w:rsidRPr="00DE6F78">
              <w:rPr>
                <w:rFonts w:cs="Times New Roman"/>
                <w:sz w:val="22"/>
                <w:lang w:val="kk-KZ"/>
              </w:rPr>
              <w:t>Ә</w:t>
            </w:r>
            <w:r w:rsidRPr="00DE6F78">
              <w:rPr>
                <w:rFonts w:cs="Times New Roman"/>
                <w:sz w:val="22"/>
                <w:lang w:val="ru-RU"/>
              </w:rPr>
              <w:t>./Ф.И.О. ________________________________</w:t>
            </w:r>
          </w:p>
          <w:p w14:paraId="506CCE7D" w14:textId="77777777" w:rsidR="00DE6F78" w:rsidRPr="00DE6F78" w:rsidRDefault="00DE6F78" w:rsidP="00DE6F78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ЖСН/ИИН  ________________</w:t>
            </w:r>
          </w:p>
          <w:p w14:paraId="793A7FC7" w14:textId="77777777" w:rsidR="00DE6F78" w:rsidRPr="00DE6F78" w:rsidRDefault="00DE6F78" w:rsidP="00DE6F78">
            <w:pPr>
              <w:spacing w:after="0"/>
              <w:rPr>
                <w:rFonts w:cs="Times New Roman"/>
                <w:sz w:val="22"/>
                <w:lang w:val="ru-RU"/>
              </w:rPr>
            </w:pP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жеке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куәлік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/удостоверение личности № </w:t>
            </w:r>
          </w:p>
          <w:p w14:paraId="5444E47C" w14:textId="77777777" w:rsidR="00DE6F78" w:rsidRPr="00DE6F78" w:rsidRDefault="00DE6F78" w:rsidP="00DE6F78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ҚР ІІМ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/выдано МВД РК _______</w:t>
            </w:r>
          </w:p>
          <w:p w14:paraId="71FE582A" w14:textId="77777777" w:rsidR="00DE6F78" w:rsidRPr="00DE6F78" w:rsidRDefault="00DE6F78" w:rsidP="00DE6F78">
            <w:pPr>
              <w:spacing w:after="0"/>
              <w:rPr>
                <w:rFonts w:cs="Times New Roman"/>
                <w:sz w:val="22"/>
                <w:lang w:val="ru-RU"/>
              </w:rPr>
            </w:pP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мекенжайы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/адрес: _______________________ </w:t>
            </w:r>
          </w:p>
          <w:p w14:paraId="6FFE091D" w14:textId="45892B68" w:rsidR="008B3274" w:rsidRPr="00DE6F78" w:rsidRDefault="00DE6F78" w:rsidP="00DE6F78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тел. +7 __________________</w:t>
            </w:r>
          </w:p>
          <w:p w14:paraId="69217EED" w14:textId="1D424CF9" w:rsidR="007E2111" w:rsidRPr="00DE6F78" w:rsidRDefault="00DE6F78" w:rsidP="00E87592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      _____________________________</w:t>
            </w:r>
          </w:p>
          <w:p w14:paraId="450F2D87" w14:textId="482803E3" w:rsidR="007E2111" w:rsidRPr="00DE6F78" w:rsidRDefault="00E87592" w:rsidP="00E87592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               </w:t>
            </w:r>
            <w:r w:rsidR="00DE6F78" w:rsidRPr="00DE6F78">
              <w:rPr>
                <w:rFonts w:cs="Times New Roman"/>
                <w:sz w:val="22"/>
                <w:lang w:val="ru-RU"/>
              </w:rPr>
              <w:t>(Т.А.</w:t>
            </w:r>
            <w:r w:rsidR="00DE6F78" w:rsidRPr="00DE6F78">
              <w:rPr>
                <w:rFonts w:cs="Times New Roman"/>
                <w:sz w:val="22"/>
                <w:lang w:val="kk-KZ"/>
              </w:rPr>
              <w:t>Ә</w:t>
            </w:r>
            <w:r w:rsidR="00DE6F78" w:rsidRPr="00DE6F78">
              <w:rPr>
                <w:rFonts w:cs="Times New Roman"/>
                <w:sz w:val="22"/>
                <w:lang w:val="ru-RU"/>
              </w:rPr>
              <w:t xml:space="preserve">., </w:t>
            </w:r>
            <w:proofErr w:type="spellStart"/>
            <w:r w:rsidR="00DE6F78" w:rsidRPr="00DE6F78">
              <w:rPr>
                <w:rFonts w:cs="Times New Roman"/>
                <w:sz w:val="22"/>
                <w:lang w:val="ru-RU"/>
              </w:rPr>
              <w:t>қолы</w:t>
            </w:r>
            <w:proofErr w:type="spellEnd"/>
            <w:r w:rsidR="00DE6F78" w:rsidRPr="00DE6F78">
              <w:rPr>
                <w:rFonts w:cs="Times New Roman"/>
                <w:sz w:val="22"/>
                <w:lang w:val="ru-RU"/>
              </w:rPr>
              <w:t>, Ф.И.О., подпись)</w:t>
            </w:r>
          </w:p>
        </w:tc>
      </w:tr>
    </w:tbl>
    <w:p w14:paraId="0A29310F" w14:textId="77777777" w:rsidR="007E2111" w:rsidRPr="00DE6F78" w:rsidRDefault="00000000" w:rsidP="00E87592">
      <w:pPr>
        <w:spacing w:after="0"/>
        <w:rPr>
          <w:rFonts w:cs="Times New Roman"/>
          <w:sz w:val="22"/>
          <w:lang w:val="ru-RU"/>
        </w:rPr>
      </w:pPr>
      <w:r w:rsidRPr="00DE6F78">
        <w:rPr>
          <w:rFonts w:cs="Times New Roman"/>
          <w:sz w:val="22"/>
          <w:lang w:val="ru-RU"/>
        </w:rPr>
        <w:br w:type="page"/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8B3274" w:rsidRPr="003A1C31" w14:paraId="31A32D97" w14:textId="77777777" w:rsidTr="00273C1C">
        <w:tc>
          <w:tcPr>
            <w:tcW w:w="10432" w:type="dxa"/>
            <w:gridSpan w:val="2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F291E0B" w14:textId="77777777" w:rsidR="007F6465" w:rsidRDefault="008B3274" w:rsidP="007F6465">
            <w:pPr>
              <w:pStyle w:val="aa"/>
              <w:keepNext/>
              <w:pBdr>
                <w:bottom w:val="nil"/>
              </w:pBdr>
              <w:spacing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E6F78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lastRenderedPageBreak/>
              <w:t>ҚАБЫЛДАУ-ТАПСЫРУ АКТІСІ</w:t>
            </w:r>
          </w:p>
          <w:p w14:paraId="1CA99AC5" w14:textId="690DBD6E" w:rsidR="008B3274" w:rsidRPr="00DE6F78" w:rsidRDefault="008B3274" w:rsidP="007F6465">
            <w:pPr>
              <w:pStyle w:val="aa"/>
              <w:keepNext/>
              <w:pBdr>
                <w:bottom w:val="nil"/>
              </w:pBd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E6F78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АКТ ПРИЕМА-ПЕРЕДАЧИ</w:t>
            </w:r>
          </w:p>
        </w:tc>
      </w:tr>
      <w:tr w:rsidR="008B3274" w:rsidRPr="00DE6F78" w14:paraId="363151B6" w14:textId="77777777" w:rsidTr="00F0076E">
        <w:tc>
          <w:tcPr>
            <w:tcW w:w="10432" w:type="dxa"/>
            <w:gridSpan w:val="2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F4787CB" w14:textId="55E84C59" w:rsidR="008B3274" w:rsidRPr="00DE6F78" w:rsidRDefault="008B3274" w:rsidP="008B3274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</w:rPr>
              <w:t>қ.</w:t>
            </w:r>
            <w:r w:rsidRPr="00DE6F78">
              <w:rPr>
                <w:rFonts w:cs="Times New Roman"/>
                <w:sz w:val="22"/>
                <w:lang w:val="ru-RU"/>
              </w:rPr>
              <w:t>г.</w:t>
            </w:r>
            <w:r w:rsidRPr="00DE6F78">
              <w:rPr>
                <w:rFonts w:cs="Times New Roman"/>
                <w:sz w:val="22"/>
              </w:rPr>
              <w:t xml:space="preserve"> ___________ </w:t>
            </w:r>
            <w:r w:rsidRPr="00DE6F78">
              <w:rPr>
                <w:rFonts w:cs="Times New Roman"/>
                <w:sz w:val="22"/>
                <w:lang w:val="ru-RU"/>
              </w:rPr>
              <w:t xml:space="preserve">           </w:t>
            </w:r>
            <w:r w:rsidRPr="00DE6F78">
              <w:rPr>
                <w:rFonts w:cs="Times New Roman"/>
                <w:sz w:val="22"/>
              </w:rPr>
              <w:t xml:space="preserve"> </w:t>
            </w:r>
            <w:r w:rsidRPr="00DE6F78">
              <w:rPr>
                <w:rFonts w:cs="Times New Roman"/>
                <w:sz w:val="22"/>
                <w:lang w:val="ru-RU"/>
              </w:rPr>
              <w:t xml:space="preserve">                                                                                   </w:t>
            </w:r>
            <w:r w:rsidR="007F6465">
              <w:rPr>
                <w:rFonts w:cs="Times New Roman"/>
                <w:sz w:val="22"/>
                <w:lang w:val="ru-RU"/>
              </w:rPr>
              <w:t xml:space="preserve">              </w:t>
            </w:r>
            <w:r w:rsidRPr="00DE6F78">
              <w:rPr>
                <w:rFonts w:cs="Times New Roman"/>
                <w:sz w:val="22"/>
              </w:rPr>
              <w:t>«__» _______ 2026</w:t>
            </w:r>
            <w:r w:rsidRPr="00DE6F78">
              <w:rPr>
                <w:rFonts w:cs="Times New Roman"/>
                <w:sz w:val="22"/>
                <w:lang w:val="ru-RU"/>
              </w:rPr>
              <w:t xml:space="preserve"> ж/</w:t>
            </w:r>
            <w:r w:rsidRPr="00DE6F78">
              <w:rPr>
                <w:rFonts w:cs="Times New Roman"/>
                <w:sz w:val="22"/>
              </w:rPr>
              <w:t>г</w:t>
            </w:r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</w:tr>
      <w:tr w:rsidR="007E2111" w:rsidRPr="003A1C31" w14:paraId="1133B193" w14:textId="77777777"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D187A3A" w14:textId="1B4DF6CC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sz w:val="22"/>
              </w:rPr>
              <w:t>____________________</w:t>
            </w:r>
            <w:r w:rsidR="008B3274" w:rsidRPr="00DE6F78">
              <w:rPr>
                <w:rFonts w:cs="Times New Roman"/>
                <w:sz w:val="22"/>
              </w:rPr>
              <w:t>(</w:t>
            </w:r>
            <w:r w:rsidR="008B3274" w:rsidRPr="00DE6F78">
              <w:rPr>
                <w:rFonts w:cs="Times New Roman"/>
                <w:sz w:val="22"/>
                <w:lang w:val="ru-RU"/>
              </w:rPr>
              <w:t>Т</w:t>
            </w:r>
            <w:r w:rsidR="008B3274" w:rsidRPr="00DE6F78">
              <w:rPr>
                <w:rFonts w:cs="Times New Roman"/>
                <w:sz w:val="22"/>
              </w:rPr>
              <w:t>.</w:t>
            </w:r>
            <w:r w:rsidR="008B3274" w:rsidRPr="00DE6F78">
              <w:rPr>
                <w:rFonts w:cs="Times New Roman"/>
                <w:sz w:val="22"/>
                <w:lang w:val="ru-RU"/>
              </w:rPr>
              <w:t>А</w:t>
            </w:r>
            <w:r w:rsidR="008B3274" w:rsidRPr="00DE6F78">
              <w:rPr>
                <w:rFonts w:cs="Times New Roman"/>
                <w:sz w:val="22"/>
              </w:rPr>
              <w:t>.</w:t>
            </w:r>
            <w:r w:rsidR="008B3274" w:rsidRPr="00DE6F78">
              <w:rPr>
                <w:rFonts w:cs="Times New Roman"/>
                <w:sz w:val="22"/>
                <w:lang w:val="kk-KZ"/>
              </w:rPr>
              <w:t>Ә</w:t>
            </w:r>
            <w:r w:rsidR="008B3274" w:rsidRPr="00DE6F78">
              <w:rPr>
                <w:rFonts w:cs="Times New Roman"/>
                <w:sz w:val="22"/>
              </w:rPr>
              <w:t>.)</w:t>
            </w:r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бұдан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әрі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«</w:t>
            </w:r>
            <w:proofErr w:type="spellStart"/>
            <w:r w:rsidRPr="00DE6F78">
              <w:rPr>
                <w:rFonts w:cs="Times New Roman"/>
                <w:sz w:val="22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беруші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» </w:t>
            </w:r>
            <w:proofErr w:type="spellStart"/>
            <w:r w:rsidRPr="00DE6F78">
              <w:rPr>
                <w:rFonts w:cs="Times New Roman"/>
                <w:sz w:val="22"/>
              </w:rPr>
              <w:t>деп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аталатын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бір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тараптан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________________________</w:t>
            </w:r>
            <w:r w:rsidR="008B3274" w:rsidRPr="00DE6F78">
              <w:rPr>
                <w:rFonts w:cs="Times New Roman"/>
                <w:sz w:val="22"/>
              </w:rPr>
              <w:t>(</w:t>
            </w:r>
            <w:r w:rsidR="008B3274" w:rsidRPr="00DE6F78">
              <w:rPr>
                <w:rFonts w:cs="Times New Roman"/>
                <w:sz w:val="22"/>
                <w:lang w:val="ru-RU"/>
              </w:rPr>
              <w:t>Т</w:t>
            </w:r>
            <w:r w:rsidR="008B3274" w:rsidRPr="00DE6F78">
              <w:rPr>
                <w:rFonts w:cs="Times New Roman"/>
                <w:sz w:val="22"/>
              </w:rPr>
              <w:t>.</w:t>
            </w:r>
            <w:r w:rsidR="008B3274" w:rsidRPr="00DE6F78">
              <w:rPr>
                <w:rFonts w:cs="Times New Roman"/>
                <w:sz w:val="22"/>
                <w:lang w:val="ru-RU"/>
              </w:rPr>
              <w:t>А</w:t>
            </w:r>
            <w:r w:rsidR="008B3274" w:rsidRPr="00DE6F78">
              <w:rPr>
                <w:rFonts w:cs="Times New Roman"/>
                <w:sz w:val="22"/>
              </w:rPr>
              <w:t>.</w:t>
            </w:r>
            <w:r w:rsidR="008B3274" w:rsidRPr="00DE6F78">
              <w:rPr>
                <w:rFonts w:cs="Times New Roman"/>
                <w:sz w:val="22"/>
                <w:lang w:val="kk-KZ"/>
              </w:rPr>
              <w:t>Ә.)</w:t>
            </w:r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бұдан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әрі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«</w:t>
            </w:r>
            <w:proofErr w:type="spellStart"/>
            <w:r w:rsidRPr="00DE6F78">
              <w:rPr>
                <w:rFonts w:cs="Times New Roman"/>
                <w:sz w:val="22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алушы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» </w:t>
            </w:r>
            <w:proofErr w:type="spellStart"/>
            <w:r w:rsidRPr="00DE6F78">
              <w:rPr>
                <w:rFonts w:cs="Times New Roman"/>
                <w:sz w:val="22"/>
              </w:rPr>
              <w:t>деп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аталатын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екінші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тараптан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Тараптар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арасында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2026 </w:t>
            </w:r>
            <w:proofErr w:type="spellStart"/>
            <w:r w:rsidRPr="00DE6F78">
              <w:rPr>
                <w:rFonts w:cs="Times New Roman"/>
                <w:sz w:val="22"/>
              </w:rPr>
              <w:t>жылғы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«__» __________ </w:t>
            </w:r>
            <w:proofErr w:type="spellStart"/>
            <w:r w:rsidRPr="00DE6F78">
              <w:rPr>
                <w:rFonts w:cs="Times New Roman"/>
                <w:sz w:val="22"/>
              </w:rPr>
              <w:t>жасалған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беру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шартының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(</w:t>
            </w:r>
            <w:proofErr w:type="spellStart"/>
            <w:r w:rsidRPr="00DE6F78">
              <w:rPr>
                <w:rFonts w:cs="Times New Roman"/>
                <w:sz w:val="22"/>
              </w:rPr>
              <w:t>бұдан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әрі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«</w:t>
            </w:r>
            <w:proofErr w:type="spellStart"/>
            <w:r w:rsidRPr="00DE6F78">
              <w:rPr>
                <w:rFonts w:cs="Times New Roman"/>
                <w:sz w:val="22"/>
              </w:rPr>
              <w:t>Шарт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») </w:t>
            </w:r>
            <w:proofErr w:type="spellStart"/>
            <w:r w:rsidRPr="00DE6F78">
              <w:rPr>
                <w:rFonts w:cs="Times New Roman"/>
                <w:sz w:val="22"/>
              </w:rPr>
              <w:t>ажырамас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бөлігі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болып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табылатын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осы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Қабылдау-</w:t>
            </w:r>
            <w:proofErr w:type="spellStart"/>
            <w:r w:rsidRPr="00DE6F78">
              <w:rPr>
                <w:rFonts w:cs="Times New Roman"/>
                <w:sz w:val="22"/>
              </w:rPr>
              <w:t>тапсыру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актісін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(</w:t>
            </w:r>
            <w:proofErr w:type="spellStart"/>
            <w:r w:rsidRPr="00DE6F78">
              <w:rPr>
                <w:rFonts w:cs="Times New Roman"/>
                <w:sz w:val="22"/>
              </w:rPr>
              <w:t>бұдан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әрі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– «</w:t>
            </w:r>
            <w:proofErr w:type="spellStart"/>
            <w:r w:rsidRPr="00DE6F78">
              <w:rPr>
                <w:rFonts w:cs="Times New Roman"/>
                <w:sz w:val="22"/>
              </w:rPr>
              <w:t>Қабылдау-тапсыру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актісі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») </w:t>
            </w:r>
            <w:proofErr w:type="spellStart"/>
            <w:r w:rsidRPr="00DE6F78">
              <w:rPr>
                <w:rFonts w:cs="Times New Roman"/>
                <w:sz w:val="22"/>
              </w:rPr>
              <w:t>төмендегілер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туралы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жасап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</w:rPr>
              <w:t>оған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қол</w:t>
            </w:r>
            <w:proofErr w:type="spellEnd"/>
            <w:r w:rsidRPr="00DE6F78">
              <w:rPr>
                <w:rFonts w:cs="Times New Roman"/>
                <w:sz w:val="22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</w:rPr>
              <w:t>қойды</w:t>
            </w:r>
            <w:proofErr w:type="spellEnd"/>
            <w:r w:rsidRPr="00DE6F78">
              <w:rPr>
                <w:rFonts w:cs="Times New Roman"/>
                <w:sz w:val="22"/>
              </w:rPr>
              <w:t>: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F15C502" w14:textId="0033F4F9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____________________</w:t>
            </w:r>
            <w:r w:rsidR="008B3274" w:rsidRPr="00DE6F78">
              <w:rPr>
                <w:rFonts w:cs="Times New Roman"/>
                <w:sz w:val="22"/>
                <w:lang w:val="ru-RU"/>
              </w:rPr>
              <w:t>(Ф.И.О.)</w:t>
            </w:r>
            <w:r w:rsidRPr="00DE6F78">
              <w:rPr>
                <w:rFonts w:cs="Times New Roman"/>
                <w:sz w:val="22"/>
                <w:lang w:val="ru-RU"/>
              </w:rPr>
              <w:t>, далее «Арендодатель», с одной стороны, и ___________</w:t>
            </w:r>
            <w:r w:rsidR="00DE6F78" w:rsidRPr="00DE6F78">
              <w:rPr>
                <w:rFonts w:cs="Times New Roman"/>
                <w:sz w:val="22"/>
                <w:lang w:val="ru-RU"/>
              </w:rPr>
              <w:t xml:space="preserve"> </w:t>
            </w:r>
            <w:r w:rsidRPr="00DE6F78">
              <w:rPr>
                <w:rFonts w:cs="Times New Roman"/>
                <w:sz w:val="22"/>
                <w:lang w:val="ru-RU"/>
              </w:rPr>
              <w:t>_____________</w:t>
            </w:r>
            <w:r w:rsidR="00DE6F78" w:rsidRPr="00DE6F78">
              <w:rPr>
                <w:rFonts w:cs="Times New Roman"/>
                <w:sz w:val="22"/>
                <w:lang w:val="ru-RU"/>
              </w:rPr>
              <w:t xml:space="preserve"> (Ф.И.О.)</w:t>
            </w:r>
            <w:r w:rsidRPr="00DE6F78">
              <w:rPr>
                <w:rFonts w:cs="Times New Roman"/>
                <w:sz w:val="22"/>
                <w:lang w:val="ru-RU"/>
              </w:rPr>
              <w:t>, далее «Арендатор», со второй стороны, составили и подписали настоящий Акт приема-передачи (далее - «Акт приема-передачи»), который является неотъемлемой частью Договора аренды квартиры, заключенного между Сторонами «__» __________ 2026 года (далее – «Договор»), о нижеследующем:</w:t>
            </w:r>
          </w:p>
        </w:tc>
      </w:tr>
      <w:tr w:rsidR="007E2111" w:rsidRPr="003A1C31" w14:paraId="5DC5E06C" w14:textId="77777777"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A23A378" w14:textId="50B2E74F" w:rsidR="007E2111" w:rsidRPr="003A1C31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3A1C31">
              <w:rPr>
                <w:rFonts w:cs="Times New Roman"/>
                <w:sz w:val="22"/>
                <w:lang w:val="ru-RU"/>
              </w:rPr>
              <w:t xml:space="preserve">1.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__ (___________) </w:t>
            </w:r>
            <w:r w:rsidRPr="00DE6F78">
              <w:rPr>
                <w:rFonts w:cs="Times New Roman"/>
                <w:sz w:val="22"/>
                <w:lang w:val="ru-RU"/>
              </w:rPr>
              <w:t>ай</w:t>
            </w:r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мерзімге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: 2026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жылғы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«__» __________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бастап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202__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жылғы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«__» _________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дейін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______________________________</w:t>
            </w:r>
            <w:r w:rsidR="007F6465" w:rsidRPr="003A1C31">
              <w:rPr>
                <w:rFonts w:cs="Times New Roman"/>
                <w:sz w:val="22"/>
                <w:lang w:val="ru-RU"/>
              </w:rPr>
              <w:t xml:space="preserve"> </w:t>
            </w:r>
            <w:r w:rsidRPr="003A1C31">
              <w:rPr>
                <w:rFonts w:cs="Times New Roman"/>
                <w:sz w:val="22"/>
                <w:lang w:val="ru-RU"/>
              </w:rPr>
              <w:t>_____</w:t>
            </w:r>
            <w:r w:rsidR="007F6465"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мекенжайында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орналасқан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__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бөлмелі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(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бұдан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әрі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«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»),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сондай</w:t>
            </w:r>
            <w:r w:rsidRPr="003A1C31">
              <w:rPr>
                <w:rFonts w:cs="Times New Roman"/>
                <w:sz w:val="22"/>
                <w:lang w:val="ru-RU"/>
              </w:rPr>
              <w:t>-</w:t>
            </w:r>
            <w:r w:rsidRPr="00DE6F78">
              <w:rPr>
                <w:rFonts w:cs="Times New Roman"/>
                <w:sz w:val="22"/>
                <w:lang w:val="ru-RU"/>
              </w:rPr>
              <w:t>ақ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Пәтердегі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мына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мүлікті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берді</w:t>
            </w:r>
            <w:proofErr w:type="spellEnd"/>
            <w:r w:rsidR="00DE6F78" w:rsidRPr="003A1C31">
              <w:rPr>
                <w:rFonts w:cs="Times New Roman"/>
                <w:sz w:val="22"/>
                <w:lang w:val="ru-RU"/>
              </w:rPr>
              <w:t xml:space="preserve">, </w:t>
            </w:r>
            <w:r w:rsidR="00DE6F78" w:rsidRPr="00DE6F78">
              <w:rPr>
                <w:rFonts w:cs="Times New Roman"/>
                <w:sz w:val="22"/>
                <w:lang w:val="ru-RU"/>
              </w:rPr>
              <w:t>ал</w:t>
            </w:r>
            <w:r w:rsidR="00DE6F78"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="00DE6F78"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="00DE6F78"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="00DE6F78" w:rsidRPr="00DE6F78">
              <w:rPr>
                <w:rFonts w:cs="Times New Roman"/>
                <w:sz w:val="22"/>
                <w:lang w:val="ru-RU"/>
              </w:rPr>
              <w:t>алушы</w:t>
            </w:r>
            <w:proofErr w:type="spellEnd"/>
            <w:r w:rsidR="00DE6F78"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="00DE6F78" w:rsidRPr="00DE6F78">
              <w:rPr>
                <w:rFonts w:cs="Times New Roman"/>
                <w:sz w:val="22"/>
                <w:lang w:val="ru-RU"/>
              </w:rPr>
              <w:t>оларды</w:t>
            </w:r>
            <w:proofErr w:type="spellEnd"/>
            <w:r w:rsidR="00DE6F78"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="00DE6F78"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="00DE6F78"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="00DE6F78" w:rsidRPr="00DE6F78">
              <w:rPr>
                <w:rFonts w:cs="Times New Roman"/>
                <w:sz w:val="22"/>
                <w:lang w:val="ru-RU"/>
              </w:rPr>
              <w:t>қабылдап</w:t>
            </w:r>
            <w:proofErr w:type="spellEnd"/>
            <w:r w:rsidR="00DE6F78"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="00DE6F78" w:rsidRPr="00DE6F78">
              <w:rPr>
                <w:rFonts w:cs="Times New Roman"/>
                <w:sz w:val="22"/>
                <w:lang w:val="ru-RU"/>
              </w:rPr>
              <w:t>алды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>:</w:t>
            </w:r>
          </w:p>
          <w:p w14:paraId="24430936" w14:textId="77777777" w:rsidR="007E2111" w:rsidRPr="003A1C31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3A1C31">
              <w:rPr>
                <w:rFonts w:cs="Times New Roman"/>
                <w:sz w:val="22"/>
                <w:lang w:val="ru-RU"/>
              </w:rPr>
              <w:t>1) _______________________________________</w:t>
            </w:r>
          </w:p>
          <w:p w14:paraId="3AC5358F" w14:textId="77777777" w:rsidR="007E2111" w:rsidRPr="003A1C31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3A1C31">
              <w:rPr>
                <w:rFonts w:cs="Times New Roman"/>
                <w:sz w:val="22"/>
                <w:lang w:val="ru-RU"/>
              </w:rPr>
              <w:t>2) _______________________________________</w:t>
            </w:r>
          </w:p>
          <w:p w14:paraId="3AA479BA" w14:textId="77777777" w:rsidR="007E2111" w:rsidRPr="003A1C31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3A1C31">
              <w:rPr>
                <w:rFonts w:cs="Times New Roman"/>
                <w:sz w:val="22"/>
                <w:lang w:val="ru-RU"/>
              </w:rPr>
              <w:t>3) _______________________________________</w:t>
            </w:r>
          </w:p>
          <w:p w14:paraId="599CFC7C" w14:textId="6783E511" w:rsidR="007F6465" w:rsidRPr="003A1C31" w:rsidRDefault="007F6465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3A1C31">
              <w:rPr>
                <w:rFonts w:cs="Times New Roman"/>
                <w:sz w:val="22"/>
                <w:lang w:val="ru-RU"/>
              </w:rPr>
              <w:t>_________________________________________</w:t>
            </w:r>
          </w:p>
          <w:p w14:paraId="25D4BECB" w14:textId="061B1FBB" w:rsidR="007E2111" w:rsidRPr="003A1C31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Пәтердің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кіреберіс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есігі</w:t>
            </w:r>
            <w:r w:rsidR="00DE6F78" w:rsidRPr="00DE6F78">
              <w:rPr>
                <w:rFonts w:cs="Times New Roman"/>
                <w:sz w:val="22"/>
                <w:lang w:val="ru-RU"/>
              </w:rPr>
              <w:t>нің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 xml:space="preserve"> </w:t>
            </w:r>
            <w:r w:rsidR="00DE6F78" w:rsidRPr="003A1C31">
              <w:rPr>
                <w:rFonts w:cs="Times New Roman"/>
                <w:sz w:val="22"/>
                <w:lang w:val="ru-RU"/>
              </w:rPr>
              <w:t xml:space="preserve">____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кілтін</w:t>
            </w:r>
            <w:proofErr w:type="spellEnd"/>
            <w:r w:rsidRPr="003A1C31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DA82871" w14:textId="68865FEE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1. Арендодатель переда</w:t>
            </w:r>
            <w:r w:rsidR="00DE6F78" w:rsidRPr="00DE6F78">
              <w:rPr>
                <w:rFonts w:cs="Times New Roman"/>
                <w:sz w:val="22"/>
                <w:lang w:val="ru-RU"/>
              </w:rPr>
              <w:t xml:space="preserve">л, а </w:t>
            </w:r>
            <w:r w:rsidRPr="00DE6F78">
              <w:rPr>
                <w:rFonts w:cs="Times New Roman"/>
                <w:sz w:val="22"/>
                <w:lang w:val="ru-RU"/>
              </w:rPr>
              <w:t>Арендатор</w:t>
            </w:r>
            <w:r w:rsidR="00DE6F78" w:rsidRPr="00DE6F78">
              <w:rPr>
                <w:rFonts w:cs="Times New Roman"/>
                <w:sz w:val="22"/>
                <w:lang w:val="ru-RU"/>
              </w:rPr>
              <w:t xml:space="preserve"> принял</w:t>
            </w:r>
            <w:r w:rsidRPr="00DE6F78">
              <w:rPr>
                <w:rFonts w:cs="Times New Roman"/>
                <w:sz w:val="22"/>
                <w:lang w:val="ru-RU"/>
              </w:rPr>
              <w:t xml:space="preserve"> в аренду сроком на __ (___________) месяцев: с «__» __________ 2026 года по «__» _________ 202__ года ____комнатную квартиру, расположенную по адресу: ________________________________________ (далее «Квартира»), а также находящееся в Квартире имущество:</w:t>
            </w:r>
          </w:p>
          <w:p w14:paraId="672467D1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1) _____________________________</w:t>
            </w:r>
          </w:p>
          <w:p w14:paraId="7AAFA4FF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2) _____________________________</w:t>
            </w:r>
          </w:p>
          <w:p w14:paraId="3F59D64E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3) _____________________________</w:t>
            </w:r>
          </w:p>
          <w:p w14:paraId="747F37FD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_______________________________</w:t>
            </w:r>
          </w:p>
          <w:p w14:paraId="753718F8" w14:textId="23B8BBFD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и _</w:t>
            </w:r>
            <w:r w:rsidR="00DE6F78">
              <w:rPr>
                <w:rFonts w:cs="Times New Roman"/>
                <w:sz w:val="22"/>
                <w:lang w:val="ru-RU"/>
              </w:rPr>
              <w:t>_</w:t>
            </w:r>
            <w:r w:rsidRPr="00DE6F78">
              <w:rPr>
                <w:rFonts w:cs="Times New Roman"/>
                <w:sz w:val="22"/>
                <w:lang w:val="ru-RU"/>
              </w:rPr>
              <w:t xml:space="preserve"> ключей от входной двери Квартиры.</w:t>
            </w:r>
          </w:p>
        </w:tc>
      </w:tr>
      <w:tr w:rsidR="007E2111" w:rsidRPr="003A1C31" w14:paraId="629305CB" w14:textId="77777777"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B3F72AB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 Ж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кіреберіс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есігінің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кілттерін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сондай-ақ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осы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Қабылдау-тапсыру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актісінің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1.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тармағында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көрсетілген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Пәтердегі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мүлікті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таза,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техникалық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жағынан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жарамды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тиісті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санитариялық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өрт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қауіпсіздігі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талаптарына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сай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күйде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қабылдағанын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растайды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оларды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ұқыпты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әрі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мұқият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пайдалануға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және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қалыпты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тозуы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ескеріле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отырып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,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өзі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алған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кездегі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күйінде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екі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Тарап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қол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қоятын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Пәтерді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қайтару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актісі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бойынша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қайтаруға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міндеттенеді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C1EBF06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2. Арендатор подтверждает, что принял в аренду Квартиру, ключи от входной двери Квартиры, а также находящееся в Квартире имущество, указанное в пункте 1. настоящего Акта приема-передачи, в чистом, технически исправном, надлежащем санитарном и противопожарном состоянии, обязуется пользоваться ими бережно и аккуратно и возвратить их Арендодателю в таком же состоянии, в котором он их получил, с учетом нормального износа, по Акту возврата квартиры, подписываемому обеими Сторонами.</w:t>
            </w:r>
          </w:p>
        </w:tc>
      </w:tr>
      <w:tr w:rsidR="007E2111" w:rsidRPr="003A1C31" w14:paraId="4945A39E" w14:textId="77777777"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D523AED" w14:textId="58188D9D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3. Қ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абылдау-тапсыру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актісіне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қол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қою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кезінде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алушы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Шарт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бойынша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өз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міндеттемелерінің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орындалуын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қамтамасыз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ету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үшін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берушіге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____________ (______________________)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теңге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мөлшерінде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кепілдік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жарнаны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(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депозитті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)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берді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6AB6B72" w14:textId="0110AB7C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3. При подписании Акта приема-передачи Арендатор передал Арендодателю в обеспечение исполнения своих обязательств по Договору гарантийный взнос (депозит) в размере ____________ (______________________) тенге.</w:t>
            </w:r>
          </w:p>
        </w:tc>
      </w:tr>
      <w:tr w:rsidR="007E2111" w:rsidRPr="003A1C31" w14:paraId="1E451EB2" w14:textId="77777777"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FA2CEE0" w14:textId="289C2470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4. </w:t>
            </w:r>
            <w:proofErr w:type="spellStart"/>
            <w:r w:rsidR="008B3274" w:rsidRPr="00DE6F78">
              <w:rPr>
                <w:rFonts w:cs="Times New Roman"/>
                <w:sz w:val="22"/>
                <w:lang w:val="ru-RU"/>
              </w:rPr>
              <w:t>К</w:t>
            </w:r>
            <w:r w:rsidRPr="00DE6F78">
              <w:rPr>
                <w:rFonts w:cs="Times New Roman"/>
                <w:sz w:val="22"/>
                <w:lang w:val="ru-RU"/>
              </w:rPr>
              <w:t>оммуналдық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есептегіштерінің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көрсеткіштері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:</w:t>
            </w:r>
          </w:p>
          <w:p w14:paraId="73E71F1E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-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ыстық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су: ______, -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суық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су: ______,</w:t>
            </w:r>
          </w:p>
          <w:p w14:paraId="04A1C780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-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электр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энергиясы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: ______, - газ: ______.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D6F27E1" w14:textId="3D42EA31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4. Показа</w:t>
            </w:r>
            <w:r w:rsidR="008B3274" w:rsidRPr="00DE6F78">
              <w:rPr>
                <w:rFonts w:cs="Times New Roman"/>
                <w:sz w:val="22"/>
                <w:lang w:val="ru-RU"/>
              </w:rPr>
              <w:t>ния</w:t>
            </w:r>
            <w:r w:rsidRPr="00DE6F78">
              <w:rPr>
                <w:rFonts w:cs="Times New Roman"/>
                <w:sz w:val="22"/>
                <w:lang w:val="ru-RU"/>
              </w:rPr>
              <w:t xml:space="preserve"> счетчиков учета коммунальных услуг:</w:t>
            </w:r>
          </w:p>
          <w:p w14:paraId="3C59CD49" w14:textId="77777777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- горячая вода: ______, - холодная вода: ______,</w:t>
            </w:r>
          </w:p>
          <w:p w14:paraId="5C254E99" w14:textId="19EA5476" w:rsidR="007E2111" w:rsidRPr="00DE6F78" w:rsidRDefault="00000000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- электроэнергия:</w:t>
            </w:r>
            <w:r w:rsidR="00A057AF" w:rsidRPr="00DE6F78">
              <w:rPr>
                <w:rFonts w:cs="Times New Roman"/>
                <w:sz w:val="22"/>
                <w:lang w:val="ru-RU"/>
              </w:rPr>
              <w:t xml:space="preserve"> </w:t>
            </w:r>
            <w:r w:rsidRPr="00DE6F78">
              <w:rPr>
                <w:rFonts w:cs="Times New Roman"/>
                <w:sz w:val="22"/>
                <w:lang w:val="ru-RU"/>
              </w:rPr>
              <w:t>______, - газ: ______.</w:t>
            </w:r>
          </w:p>
        </w:tc>
      </w:tr>
      <w:tr w:rsidR="007E2111" w:rsidRPr="003A1C31" w14:paraId="516CC296" w14:textId="77777777"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9C61526" w14:textId="54FE8026" w:rsidR="007E2111" w:rsidRPr="00DE6F78" w:rsidRDefault="00D8470F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5</w:t>
            </w:r>
            <w:r w:rsidRPr="00DE6F78">
              <w:rPr>
                <w:rFonts w:cs="Times New Roman"/>
                <w:sz w:val="22"/>
                <w:lang w:val="ru-RU"/>
              </w:rPr>
              <w:t xml:space="preserve">.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Қабылдау-тапсыру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актісі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әр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Тарап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үшін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бір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данадан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r>
              <w:rPr>
                <w:rFonts w:cs="Times New Roman"/>
                <w:sz w:val="22"/>
                <w:lang w:val="ru-RU"/>
              </w:rPr>
              <w:t>2</w:t>
            </w:r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данада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жасалды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F260A7A" w14:textId="50B7178C" w:rsidR="007E2111" w:rsidRPr="00DE6F78" w:rsidRDefault="00D8470F" w:rsidP="00E87592"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5</w:t>
            </w:r>
            <w:r w:rsidRPr="00DE6F78">
              <w:rPr>
                <w:rFonts w:cs="Times New Roman"/>
                <w:sz w:val="22"/>
                <w:lang w:val="ru-RU"/>
              </w:rPr>
              <w:t xml:space="preserve">. Акт приема-передачи составлен в </w:t>
            </w:r>
            <w:r>
              <w:rPr>
                <w:rFonts w:cs="Times New Roman"/>
                <w:sz w:val="22"/>
                <w:lang w:val="ru-RU"/>
              </w:rPr>
              <w:t>2-х</w:t>
            </w:r>
            <w:r w:rsidRPr="00DE6F78">
              <w:rPr>
                <w:rFonts w:cs="Times New Roman"/>
                <w:sz w:val="22"/>
                <w:lang w:val="ru-RU"/>
              </w:rPr>
              <w:t xml:space="preserve"> экземплярах, по одному экземпляру для каждой Стороны.</w:t>
            </w:r>
          </w:p>
        </w:tc>
      </w:tr>
      <w:tr w:rsidR="008B3274" w:rsidRPr="00DE6F78" w14:paraId="3B158425" w14:textId="77777777" w:rsidTr="000D67FA">
        <w:tc>
          <w:tcPr>
            <w:tcW w:w="10432" w:type="dxa"/>
            <w:gridSpan w:val="2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CDD265D" w14:textId="449FABC3" w:rsidR="008B3274" w:rsidRPr="00DE6F78" w:rsidRDefault="008B3274" w:rsidP="008B3274">
            <w:pPr>
              <w:keepNext/>
              <w:spacing w:after="0"/>
              <w:jc w:val="center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b/>
                <w:sz w:val="22"/>
              </w:rPr>
              <w:t>ТАРАПТАРДЫҢ ҚОЛДАРЫ</w:t>
            </w:r>
            <w:r w:rsidRPr="00DE6F78">
              <w:rPr>
                <w:rFonts w:cs="Times New Roman"/>
                <w:b/>
                <w:sz w:val="22"/>
                <w:lang w:val="ru-RU"/>
              </w:rPr>
              <w:t>/</w:t>
            </w:r>
            <w:r w:rsidRPr="00DE6F78">
              <w:rPr>
                <w:rFonts w:cs="Times New Roman"/>
                <w:b/>
                <w:sz w:val="22"/>
              </w:rPr>
              <w:t>ПОДПИСИ СТОРОН:</w:t>
            </w:r>
          </w:p>
        </w:tc>
      </w:tr>
      <w:tr w:rsidR="007E2111" w:rsidRPr="003A1C31" w14:paraId="50F58990" w14:textId="77777777">
        <w:trPr>
          <w:cantSplit/>
        </w:trPr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6B50023" w14:textId="267F390C" w:rsidR="008B3274" w:rsidRPr="00DE6F78" w:rsidRDefault="00000000" w:rsidP="008B3274">
            <w:pPr>
              <w:spacing w:after="0"/>
              <w:jc w:val="center"/>
              <w:rPr>
                <w:rFonts w:cs="Times New Roman"/>
                <w:b/>
                <w:bCs/>
                <w:sz w:val="22"/>
                <w:lang w:val="ru-RU"/>
              </w:rPr>
            </w:pP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беруші</w:t>
            </w:r>
            <w:proofErr w:type="spellEnd"/>
            <w:r w:rsidR="008B3274" w:rsidRPr="00DE6F78">
              <w:rPr>
                <w:rFonts w:cs="Times New Roman"/>
                <w:b/>
                <w:bCs/>
                <w:sz w:val="22"/>
                <w:lang w:val="ru-RU"/>
              </w:rPr>
              <w:t>/Арендодатель</w:t>
            </w:r>
          </w:p>
          <w:p w14:paraId="6B962DED" w14:textId="485D5DC3" w:rsidR="007E2111" w:rsidRPr="00DE6F78" w:rsidRDefault="008B3274" w:rsidP="00E87592">
            <w:pPr>
              <w:spacing w:after="0"/>
              <w:jc w:val="center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_____________________________________</w:t>
            </w:r>
          </w:p>
          <w:p w14:paraId="159BBC63" w14:textId="32BF77B6" w:rsidR="007E2111" w:rsidRPr="00DE6F78" w:rsidRDefault="008B3274" w:rsidP="008B3274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             (</w:t>
            </w:r>
            <w:r w:rsidRPr="00DE6F78">
              <w:rPr>
                <w:rFonts w:cs="Times New Roman"/>
                <w:sz w:val="22"/>
                <w:lang w:val="kk-KZ"/>
              </w:rPr>
              <w:t>Т</w:t>
            </w:r>
            <w:r w:rsidRPr="00DE6F78">
              <w:rPr>
                <w:rFonts w:cs="Times New Roman"/>
                <w:sz w:val="22"/>
                <w:lang w:val="ru-RU"/>
              </w:rPr>
              <w:t>.</w:t>
            </w:r>
            <w:r w:rsidRPr="00DE6F78">
              <w:rPr>
                <w:rFonts w:cs="Times New Roman"/>
                <w:sz w:val="22"/>
                <w:lang w:val="kk-KZ"/>
              </w:rPr>
              <w:t xml:space="preserve">А.Ә. және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қолы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/Ф.И.О. и подпись)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FF08B22" w14:textId="15D14DE0" w:rsidR="008B3274" w:rsidRPr="00DE6F78" w:rsidRDefault="008B3274" w:rsidP="008B3274">
            <w:pPr>
              <w:spacing w:after="0"/>
              <w:jc w:val="center"/>
              <w:rPr>
                <w:rFonts w:cs="Times New Roman"/>
                <w:b/>
                <w:bCs/>
                <w:sz w:val="22"/>
                <w:lang w:val="ru-RU"/>
              </w:rPr>
            </w:pP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алушы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/Арендатор</w:t>
            </w:r>
          </w:p>
          <w:p w14:paraId="41308E95" w14:textId="6D450FDB" w:rsidR="007E2111" w:rsidRPr="00DE6F78" w:rsidRDefault="00000000" w:rsidP="00E87592">
            <w:pPr>
              <w:spacing w:after="0"/>
              <w:jc w:val="center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__________________________</w:t>
            </w:r>
            <w:r w:rsidR="008B3274" w:rsidRPr="00DE6F78">
              <w:rPr>
                <w:rFonts w:cs="Times New Roman"/>
                <w:sz w:val="22"/>
                <w:lang w:val="ru-RU"/>
              </w:rPr>
              <w:t>____________</w:t>
            </w:r>
            <w:r w:rsidRPr="00DE6F78">
              <w:rPr>
                <w:rFonts w:cs="Times New Roman"/>
                <w:sz w:val="22"/>
                <w:lang w:val="ru-RU"/>
              </w:rPr>
              <w:t>__</w:t>
            </w:r>
          </w:p>
          <w:p w14:paraId="2A210CD1" w14:textId="6E4A2C5B" w:rsidR="007E2111" w:rsidRPr="00DE6F78" w:rsidRDefault="008B3274" w:rsidP="008B3274">
            <w:pPr>
              <w:spacing w:after="0"/>
              <w:jc w:val="center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(</w:t>
            </w:r>
            <w:r w:rsidRPr="00DE6F78">
              <w:rPr>
                <w:rFonts w:cs="Times New Roman"/>
                <w:sz w:val="22"/>
                <w:lang w:val="kk-KZ"/>
              </w:rPr>
              <w:t>Т</w:t>
            </w:r>
            <w:r w:rsidRPr="00DE6F78">
              <w:rPr>
                <w:rFonts w:cs="Times New Roman"/>
                <w:sz w:val="22"/>
                <w:lang w:val="ru-RU"/>
              </w:rPr>
              <w:t>.</w:t>
            </w:r>
            <w:r w:rsidRPr="00DE6F78">
              <w:rPr>
                <w:rFonts w:cs="Times New Roman"/>
                <w:sz w:val="22"/>
                <w:lang w:val="kk-KZ"/>
              </w:rPr>
              <w:t xml:space="preserve">А.Ә. және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қолы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/Ф.И.О. и подпись)</w:t>
            </w:r>
          </w:p>
        </w:tc>
      </w:tr>
    </w:tbl>
    <w:p w14:paraId="51770B4D" w14:textId="77777777" w:rsidR="000F6C1B" w:rsidRPr="00DE6F78" w:rsidRDefault="000F6C1B" w:rsidP="00E87592">
      <w:pPr>
        <w:spacing w:after="0"/>
        <w:rPr>
          <w:rFonts w:cs="Times New Roman"/>
          <w:sz w:val="22"/>
          <w:lang w:val="ru-RU"/>
        </w:rPr>
      </w:pPr>
    </w:p>
    <w:sectPr w:rsidR="000F6C1B" w:rsidRPr="00DE6F78" w:rsidSect="00127B36">
      <w:headerReference w:type="default" r:id="rId8"/>
      <w:footerReference w:type="default" r:id="rId9"/>
      <w:footerReference w:type="first" r:id="rId10"/>
      <w:pgSz w:w="11906" w:h="16838"/>
      <w:pgMar w:top="850" w:right="737" w:bottom="850" w:left="737" w:header="720" w:footer="36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3924D" w14:textId="77777777" w:rsidR="00360C10" w:rsidRDefault="00360C10">
      <w:pPr>
        <w:spacing w:after="0"/>
      </w:pPr>
      <w:r>
        <w:separator/>
      </w:r>
    </w:p>
  </w:endnote>
  <w:endnote w:type="continuationSeparator" w:id="0">
    <w:p w14:paraId="1F4A56F5" w14:textId="77777777" w:rsidR="00360C10" w:rsidRDefault="00360C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a7"/>
      <w:spacing w:after="0"/>
      <w:jc w:val="center"/>
      <w:rPr>
        <w:rFonts w:ascii="Times New Roman" w:hAnsi="Times New Roman" w:cs="Times New Roman"/>
        <w:i/>
        <w:iCs/>
        <w:sz w:val="22"/>
        <w:szCs w:val="22"/>
        <w:lang w:val="ru-RU"/>
      </w:rPr>
    </w:pPr>
    <w:r>
      <w:rPr>
        <w:rFonts w:ascii="Times New Roman" w:hAnsi="Times New Roman" w:cs="Times New Roman"/>
        <w:i/>
        <w:iCs/>
        <w:sz w:val="22"/>
        <w:szCs w:val="22"/>
        <w:lang w:val="ru-RU"/>
      </w:rPr>
      <w:t xml:space="preserve">Пәтерлерді жалға беру шарттары онлайн / Договоры аренды квартир онлайн на www.Dogovorarendy.kz</w:t>
    </w:r>
  </w:p>
</w:ftr>
</file>

<file path=word/footer2.xml><?xml version="1.0" encoding="utf-8"?>
<w:ftr xmlns:w="http://schemas.openxmlformats.org/wordprocessingml/2006/main" xmlns:r="http://schemas.openxmlformats.org/officeDocument/2006/relationships">
  <w:p>
    <w:pPr>
      <w:pStyle w:val="a7"/>
      <w:spacing w:after="0"/>
      <w:jc w:val="center"/>
      <w:rPr>
        <w:rFonts w:ascii="Times New Roman" w:hAnsi="Times New Roman" w:cs="Times New Roman"/>
        <w:i/>
        <w:iCs/>
        <w:sz w:val="22"/>
        <w:szCs w:val="22"/>
        <w:lang w:val="ru-RU"/>
      </w:rPr>
    </w:pPr>
    <w:r>
      <w:rPr>
        <w:rFonts w:ascii="Times New Roman" w:hAnsi="Times New Roman" w:cs="Times New Roman"/>
        <w:i/>
        <w:iCs/>
        <w:sz w:val="22"/>
        <w:szCs w:val="22"/>
        <w:lang w:val="ru-RU"/>
      </w:rPr>
      <w:t xml:space="preserve">Пәтерлерді жалға беру шарттары онлайн / Договоры аренды квартир онлайн на www.Dogovorarendy.kz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148C2" w14:textId="77777777" w:rsidR="00360C10" w:rsidRDefault="00360C10">
      <w:pPr>
        <w:spacing w:after="0"/>
      </w:pPr>
      <w:r>
        <w:separator/>
      </w:r>
    </w:p>
  </w:footnote>
  <w:footnote w:type="continuationSeparator" w:id="0">
    <w:p w14:paraId="6EFFE541" w14:textId="77777777" w:rsidR="00360C10" w:rsidRDefault="00360C1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4690346"/>
      <w:docPartObj>
        <w:docPartGallery w:val="Page Numbers (Top of Page)"/>
        <w:docPartUnique/>
      </w:docPartObj>
    </w:sdtPr>
    <w:sdtContent>
      <w:p w14:paraId="0DB397D7" w14:textId="5040C403" w:rsidR="00127B36" w:rsidRDefault="00127B3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6BDA3949" w14:textId="77777777" w:rsidR="00421D46" w:rsidRDefault="00421D4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2294116">
    <w:abstractNumId w:val="8"/>
  </w:num>
  <w:num w:numId="2" w16cid:durableId="1743747924">
    <w:abstractNumId w:val="6"/>
  </w:num>
  <w:num w:numId="3" w16cid:durableId="93744913">
    <w:abstractNumId w:val="5"/>
  </w:num>
  <w:num w:numId="4" w16cid:durableId="957032559">
    <w:abstractNumId w:val="4"/>
  </w:num>
  <w:num w:numId="5" w16cid:durableId="474297167">
    <w:abstractNumId w:val="7"/>
  </w:num>
  <w:num w:numId="6" w16cid:durableId="573130913">
    <w:abstractNumId w:val="3"/>
  </w:num>
  <w:num w:numId="7" w16cid:durableId="1627657539">
    <w:abstractNumId w:val="2"/>
  </w:num>
  <w:num w:numId="8" w16cid:durableId="523835496">
    <w:abstractNumId w:val="1"/>
  </w:num>
  <w:num w:numId="9" w16cid:durableId="204298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7AA"/>
    <w:rsid w:val="0006063C"/>
    <w:rsid w:val="000F6C1B"/>
    <w:rsid w:val="00104A11"/>
    <w:rsid w:val="00117F42"/>
    <w:rsid w:val="00127B36"/>
    <w:rsid w:val="00147756"/>
    <w:rsid w:val="0015074B"/>
    <w:rsid w:val="001C0BF2"/>
    <w:rsid w:val="002935C8"/>
    <w:rsid w:val="0029639D"/>
    <w:rsid w:val="002D065B"/>
    <w:rsid w:val="00326F90"/>
    <w:rsid w:val="00360C10"/>
    <w:rsid w:val="003A1C31"/>
    <w:rsid w:val="0042029A"/>
    <w:rsid w:val="00421D46"/>
    <w:rsid w:val="004301F4"/>
    <w:rsid w:val="006957DF"/>
    <w:rsid w:val="0076439B"/>
    <w:rsid w:val="007E2111"/>
    <w:rsid w:val="007F6465"/>
    <w:rsid w:val="008B3274"/>
    <w:rsid w:val="008C4807"/>
    <w:rsid w:val="009C494A"/>
    <w:rsid w:val="009E57D8"/>
    <w:rsid w:val="00A057AF"/>
    <w:rsid w:val="00A52BBD"/>
    <w:rsid w:val="00A66E0E"/>
    <w:rsid w:val="00A674F0"/>
    <w:rsid w:val="00AA1D8D"/>
    <w:rsid w:val="00B47730"/>
    <w:rsid w:val="00BC25AB"/>
    <w:rsid w:val="00C97991"/>
    <w:rsid w:val="00CB0664"/>
    <w:rsid w:val="00D41C13"/>
    <w:rsid w:val="00D8470F"/>
    <w:rsid w:val="00DE6F78"/>
    <w:rsid w:val="00E87592"/>
    <w:rsid w:val="00EE66A4"/>
    <w:rsid w:val="00F302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EC5ADC"/>
  <w14:defaultImageDpi w14:val="300"/>
  <w15:docId w15:val="{1293A53D-9974-407A-A623-62AFD337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40" w:lineRule="auto"/>
    </w:pPr>
    <w:rPr>
      <w:rFonts w:ascii="Times New Roman" w:hAnsi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3639</Words>
  <Characters>20746</Characters>
  <Application>Microsoft Office Word</Application>
  <DocSecurity>0</DocSecurity>
  <Lines>172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24337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Тимур Данабаев</cp:lastModifiedBy>
  <cp:revision>18</cp:revision>
  <cp:lastPrinted>2026-10-16T04:46:00Z</cp:lastPrinted>
  <dcterms:created xsi:type="dcterms:W3CDTF">2013-12-23T23:15:00Z</dcterms:created>
  <dcterms:modified xsi:type="dcterms:W3CDTF">2026-10-16T09:17:00Z</dcterms:modified>
  <cp:category/>
</cp:coreProperties>
</file>