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22AA1" w14:textId="77777777" w:rsidR="00634A5D" w:rsidRPr="00D948D2" w:rsidRDefault="00000000" w:rsidP="00D948D2">
      <w:pPr>
        <w:spacing w:after="0" w:line="240" w:lineRule="auto"/>
        <w:jc w:val="center"/>
        <w:rPr>
          <w:sz w:val="22"/>
        </w:rPr>
      </w:pPr>
      <w:r w:rsidRPr="00D948D2">
        <w:rPr>
          <w:b/>
          <w:sz w:val="22"/>
        </w:rPr>
        <w:t>ПӘТЕРДІ ҚАЙТАРУ АКТІСІ</w:t>
      </w:r>
    </w:p>
    <w:p w14:paraId="7F5A5460" w14:textId="052DEA7B" w:rsidR="00634A5D" w:rsidRDefault="00000000" w:rsidP="00D948D2">
      <w:pPr>
        <w:spacing w:after="0" w:line="240" w:lineRule="auto"/>
        <w:jc w:val="both"/>
        <w:rPr>
          <w:sz w:val="22"/>
          <w:lang w:val="ru-RU"/>
        </w:rPr>
      </w:pPr>
      <w:r w:rsidRPr="00D948D2">
        <w:rPr>
          <w:sz w:val="22"/>
        </w:rPr>
        <w:t xml:space="preserve">қ. __________                                           </w:t>
      </w:r>
      <w:r w:rsidR="00D948D2">
        <w:rPr>
          <w:sz w:val="22"/>
          <w:lang w:val="ru-RU"/>
        </w:rPr>
        <w:t xml:space="preserve">                                                                  </w:t>
      </w:r>
      <w:r w:rsidRPr="00D948D2">
        <w:rPr>
          <w:sz w:val="22"/>
        </w:rPr>
        <w:t>«__» __________</w:t>
      </w:r>
      <w:r w:rsidR="00D948D2" w:rsidRPr="00D948D2">
        <w:rPr>
          <w:sz w:val="22"/>
        </w:rPr>
        <w:t>2026 жыл</w:t>
      </w:r>
    </w:p>
    <w:p w14:paraId="46A4C0F9" w14:textId="77777777" w:rsidR="00D948D2" w:rsidRPr="00D948D2" w:rsidRDefault="00D948D2" w:rsidP="00D948D2">
      <w:pPr>
        <w:spacing w:after="0" w:line="240" w:lineRule="auto"/>
        <w:jc w:val="both"/>
        <w:rPr>
          <w:sz w:val="22"/>
          <w:lang w:val="ru-RU"/>
        </w:rPr>
      </w:pPr>
    </w:p>
    <w:p w14:paraId="4763EAAC" w14:textId="77777777" w:rsidR="00634A5D" w:rsidRPr="00D948D2" w:rsidRDefault="00000000" w:rsidP="00D948D2">
      <w:pPr>
        <w:spacing w:after="0" w:line="240" w:lineRule="auto"/>
        <w:ind w:firstLine="720"/>
        <w:jc w:val="both"/>
        <w:rPr>
          <w:sz w:val="22"/>
        </w:rPr>
      </w:pPr>
      <w:r w:rsidRPr="00D948D2">
        <w:rPr>
          <w:sz w:val="22"/>
        </w:rPr>
        <w:t>_________________________ (Т.А.Ә.), бұдан әрі «Жалға беруші» деп аталатын, бір тараптан және _________________________ (Т.А.Ә.), бұдан әрі «Жалға алушы» деп аталатын, екінші тараптан, Тараптар арасында 2026 жылғы «__» __________ жасалған Пәтерді жалға беру шартының (бұдан әрі – «Шарт») ажырамас бөлігі болып табылатын осы Пәтерді қайтару актісін (бұдан әрі – «Пәтерді қайтару актісі») төмендегілер туралы жасап, оған қол қойды:</w:t>
      </w:r>
    </w:p>
    <w:p w14:paraId="46076A09" w14:textId="77777777" w:rsidR="00D948D2" w:rsidRDefault="00D948D2" w:rsidP="00D948D2">
      <w:pPr>
        <w:spacing w:after="0" w:line="240" w:lineRule="auto"/>
        <w:jc w:val="both"/>
        <w:rPr>
          <w:sz w:val="22"/>
          <w:lang w:val="ru-RU"/>
        </w:rPr>
      </w:pPr>
    </w:p>
    <w:p w14:paraId="5F2EB5CE" w14:textId="20E6A0EB" w:rsidR="00634A5D" w:rsidRPr="00D948D2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D948D2">
        <w:rPr>
          <w:sz w:val="22"/>
          <w:lang w:val="ru-RU"/>
        </w:rPr>
        <w:t xml:space="preserve">1. Жалға алушы ________________________________________ мекенжайында орналасқан пәтерді (бұдан әрі – «Пәтер»), сондай-ақ ондағы мына мүлікті Жалға берушіге қайтарды, ал Жалға беруші </w:t>
      </w:r>
      <w:r w:rsidR="00D948D2">
        <w:rPr>
          <w:sz w:val="22"/>
          <w:lang w:val="ru-RU"/>
        </w:rPr>
        <w:t xml:space="preserve">оларды </w:t>
      </w:r>
      <w:r w:rsidRPr="00D948D2">
        <w:rPr>
          <w:sz w:val="22"/>
          <w:lang w:val="ru-RU"/>
        </w:rPr>
        <w:t>қабылдап алды:</w:t>
      </w:r>
    </w:p>
    <w:p w14:paraId="1E017A34" w14:textId="77777777" w:rsidR="00634A5D" w:rsidRPr="00C14B4D" w:rsidRDefault="00000000" w:rsidP="00D948D2">
      <w:pPr>
        <w:spacing w:after="0" w:line="240" w:lineRule="auto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1) ___________________________________</w:t>
      </w:r>
    </w:p>
    <w:p w14:paraId="39B9D29D" w14:textId="77777777" w:rsidR="00634A5D" w:rsidRPr="00C14B4D" w:rsidRDefault="00000000" w:rsidP="00D948D2">
      <w:pPr>
        <w:spacing w:after="0" w:line="240" w:lineRule="auto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2) ___________________________________</w:t>
      </w:r>
    </w:p>
    <w:p w14:paraId="28D1B3F1" w14:textId="77777777" w:rsidR="00634A5D" w:rsidRPr="00C14B4D" w:rsidRDefault="00000000" w:rsidP="00D948D2">
      <w:pPr>
        <w:spacing w:after="0" w:line="240" w:lineRule="auto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3) ___________________________________</w:t>
      </w:r>
    </w:p>
    <w:p w14:paraId="16A0DDAA" w14:textId="4F20821E" w:rsidR="00D948D2" w:rsidRDefault="00D948D2" w:rsidP="00D948D2">
      <w:pPr>
        <w:spacing w:after="0" w:line="240" w:lineRule="auto"/>
        <w:jc w:val="both"/>
        <w:rPr>
          <w:sz w:val="22"/>
          <w:lang w:val="ru-RU"/>
        </w:rPr>
      </w:pPr>
      <w:r>
        <w:rPr>
          <w:sz w:val="22"/>
          <w:lang w:val="ru-RU"/>
        </w:rPr>
        <w:t>______________________________________</w:t>
      </w:r>
    </w:p>
    <w:p w14:paraId="0FF0F567" w14:textId="4AB82CF0" w:rsidR="00634A5D" w:rsidRPr="00D948D2" w:rsidRDefault="00000000" w:rsidP="00D948D2">
      <w:pPr>
        <w:spacing w:after="0" w:line="240" w:lineRule="auto"/>
        <w:jc w:val="both"/>
        <w:rPr>
          <w:sz w:val="22"/>
          <w:lang w:val="ru-RU"/>
        </w:rPr>
      </w:pPr>
      <w:r w:rsidRPr="00D948D2">
        <w:rPr>
          <w:sz w:val="22"/>
          <w:lang w:val="ru-RU"/>
        </w:rPr>
        <w:t>және Пәтердің кіреберіс есігінің ___ кілтін.</w:t>
      </w:r>
    </w:p>
    <w:p w14:paraId="2A032385" w14:textId="77777777" w:rsidR="00634A5D" w:rsidRPr="00C14B4D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2. Пәтердің және Жалға берушінің мүлкінің жай-күйі (</w:t>
      </w:r>
      <w:r w:rsidRPr="00C14B4D">
        <w:rPr>
          <w:i/>
          <w:iCs/>
          <w:sz w:val="22"/>
          <w:lang w:val="ru-RU"/>
        </w:rPr>
        <w:t>қажеттісін белгілеу керек</w:t>
      </w:r>
      <w:r w:rsidRPr="00C14B4D">
        <w:rPr>
          <w:sz w:val="22"/>
          <w:lang w:val="ru-RU"/>
        </w:rPr>
        <w:t>):</w:t>
      </w:r>
    </w:p>
    <w:p w14:paraId="55767A82" w14:textId="77777777" w:rsidR="00634A5D" w:rsidRPr="00C14B4D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☐ қалыпты тозуы ескеріле отырып, Жалға алушыға берілген кездегі жай-күйіне сәйкес келеді;</w:t>
      </w:r>
    </w:p>
    <w:p w14:paraId="3D46BB39" w14:textId="3E010970" w:rsidR="00634A5D" w:rsidRPr="00C14B4D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 xml:space="preserve">☐ мынадай зақымданулар, ақаулар немесе өзге де ескертулер бар: </w:t>
      </w:r>
    </w:p>
    <w:p w14:paraId="5D89460F" w14:textId="77777777" w:rsidR="00634A5D" w:rsidRPr="00C14B4D" w:rsidRDefault="00000000" w:rsidP="00D948D2">
      <w:pPr>
        <w:spacing w:after="0" w:line="240" w:lineRule="auto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________________________________________________________________________________</w:t>
      </w:r>
    </w:p>
    <w:p w14:paraId="76518ACF" w14:textId="77777777" w:rsidR="00634A5D" w:rsidRPr="00C14B4D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Кемшіліктерді жою немесе залалды өтеу жөніндегі Тараптардың келісімдері, оның ішінде сомалар мен мерзімдер: ___________________________________________________________</w:t>
      </w:r>
    </w:p>
    <w:p w14:paraId="31470D7A" w14:textId="77777777" w:rsidR="00634A5D" w:rsidRPr="00C14B4D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3. Кепілдік жарна (депозит) (</w:t>
      </w:r>
      <w:r w:rsidRPr="00C14B4D">
        <w:rPr>
          <w:i/>
          <w:iCs/>
          <w:sz w:val="22"/>
          <w:lang w:val="ru-RU"/>
        </w:rPr>
        <w:t>қажеттісін белгілеу керек</w:t>
      </w:r>
      <w:r w:rsidRPr="00C14B4D">
        <w:rPr>
          <w:sz w:val="22"/>
          <w:lang w:val="ru-RU"/>
        </w:rPr>
        <w:t>):</w:t>
      </w:r>
    </w:p>
    <w:p w14:paraId="0DDCD8EA" w14:textId="77777777" w:rsidR="00634A5D" w:rsidRPr="00C14B4D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☐ кепілдік жарна (депозит) енгізілген жоқ;</w:t>
      </w:r>
    </w:p>
    <w:p w14:paraId="6C7A4972" w14:textId="77777777" w:rsidR="00634A5D" w:rsidRPr="00C14B4D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☐ _________ (________________________) теңге мөлшеріндегі кепілдік жарна (депозит) Жалға алушыға толық қайтарылды;</w:t>
      </w:r>
    </w:p>
    <w:p w14:paraId="2A607C59" w14:textId="77777777" w:rsidR="00634A5D" w:rsidRPr="00C14B4D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☐ _________ (________________________) теңге мөлшеріндегі кепілдік жарнаны (депозитті) Жалға беруші 202_ жылғы «__» __________ дейін қайтарады;</w:t>
      </w:r>
    </w:p>
    <w:p w14:paraId="528F2564" w14:textId="4E1DDCDB" w:rsidR="00634A5D" w:rsidRPr="00C14B4D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☐ _________ (________________________) теңге мөлшеріндегі кепілдік жарнадан Тараптардың келісімі бойынша ____________ (________________________) теңге ____________________________ есебіне Жалға беруші ұстап қалды. Кепілдік жарнаның (депозиттің) _________ (________________________) теңге мөлшеріндегі қалдығы:</w:t>
      </w:r>
    </w:p>
    <w:p w14:paraId="589A5CF8" w14:textId="77777777" w:rsidR="00634A5D" w:rsidRPr="00C14B4D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☐ Жалға алушыға қайтарылды;</w:t>
      </w:r>
    </w:p>
    <w:p w14:paraId="34ED88A9" w14:textId="1DFE9B1F" w:rsidR="00634A5D" w:rsidRPr="00C14B4D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☐ Жалға алушыға 202_ жылғы «__» __________ кешіктірілмей қайтарылу</w:t>
      </w:r>
      <w:r w:rsidR="00D948D2">
        <w:rPr>
          <w:sz w:val="22"/>
          <w:lang w:val="ru-RU"/>
        </w:rPr>
        <w:t>ы</w:t>
      </w:r>
      <w:r w:rsidRPr="00C14B4D">
        <w:rPr>
          <w:sz w:val="22"/>
          <w:lang w:val="ru-RU"/>
        </w:rPr>
        <w:t xml:space="preserve"> тиіс.</w:t>
      </w:r>
    </w:p>
    <w:p w14:paraId="17A08AD2" w14:textId="77777777" w:rsidR="00634A5D" w:rsidRPr="00C14B4D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C14B4D">
        <w:rPr>
          <w:sz w:val="22"/>
          <w:lang w:val="ru-RU"/>
        </w:rPr>
        <w:t>4. Коммуналдық қызметтерді есепке алу есептегіштерінің көрсеткіштері:</w:t>
      </w:r>
    </w:p>
    <w:p w14:paraId="04FA6273" w14:textId="3116C667" w:rsidR="00634A5D" w:rsidRPr="00D948D2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D948D2">
        <w:rPr>
          <w:sz w:val="22"/>
          <w:lang w:val="ru-RU"/>
        </w:rPr>
        <w:t xml:space="preserve">– ыстық су: ______,                 </w:t>
      </w:r>
      <w:r w:rsidR="00D948D2">
        <w:rPr>
          <w:sz w:val="22"/>
          <w:lang w:val="ru-RU"/>
        </w:rPr>
        <w:t xml:space="preserve">   </w:t>
      </w:r>
      <w:r w:rsidRPr="00D948D2">
        <w:rPr>
          <w:sz w:val="22"/>
          <w:lang w:val="ru-RU"/>
        </w:rPr>
        <w:t>– суық су: ______,</w:t>
      </w:r>
    </w:p>
    <w:p w14:paraId="149F862F" w14:textId="77777777" w:rsidR="00634A5D" w:rsidRPr="00D948D2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D948D2">
        <w:rPr>
          <w:sz w:val="22"/>
          <w:lang w:val="ru-RU"/>
        </w:rPr>
        <w:t>– электр энергиясы: ______,     – газ: ______.</w:t>
      </w:r>
    </w:p>
    <w:p w14:paraId="46EB7996" w14:textId="77777777" w:rsidR="00634A5D" w:rsidRDefault="00000000" w:rsidP="00D948D2">
      <w:pPr>
        <w:spacing w:after="0" w:line="240" w:lineRule="auto"/>
        <w:ind w:firstLine="720"/>
        <w:jc w:val="both"/>
        <w:rPr>
          <w:sz w:val="22"/>
          <w:lang w:val="ru-RU"/>
        </w:rPr>
      </w:pPr>
      <w:r w:rsidRPr="00D948D2">
        <w:rPr>
          <w:sz w:val="22"/>
          <w:lang w:val="ru-RU"/>
        </w:rPr>
        <w:t>5. Пәтерді қайтару актісі заңдық күші бірдей екі данада, әр Тарап үшін бір данадан жасалды.</w:t>
      </w:r>
    </w:p>
    <w:p w14:paraId="00A7B17A" w14:textId="77777777" w:rsidR="00D948D2" w:rsidRPr="00D948D2" w:rsidRDefault="00D948D2" w:rsidP="00D948D2">
      <w:pPr>
        <w:spacing w:after="0" w:line="240" w:lineRule="auto"/>
        <w:ind w:firstLine="720"/>
        <w:jc w:val="both"/>
        <w:rPr>
          <w:sz w:val="22"/>
          <w:lang w:val="ru-RU"/>
        </w:rPr>
      </w:pPr>
    </w:p>
    <w:p w14:paraId="52A45864" w14:textId="48D3D0C0" w:rsidR="00634A5D" w:rsidRPr="00D948D2" w:rsidRDefault="00000000" w:rsidP="00D948D2">
      <w:pPr>
        <w:spacing w:line="240" w:lineRule="auto"/>
        <w:jc w:val="center"/>
        <w:rPr>
          <w:sz w:val="22"/>
          <w:lang w:val="ru-RU"/>
        </w:rPr>
      </w:pPr>
      <w:r w:rsidRPr="00D948D2">
        <w:rPr>
          <w:b/>
          <w:sz w:val="22"/>
        </w:rPr>
        <w:t>ТАРАПТАРДЫҢ ҚОЛДАРЫ: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634A5D" w:rsidRPr="00D948D2" w14:paraId="50A70B04" w14:textId="77777777" w:rsidTr="00D948D2">
        <w:trPr>
          <w:jc w:val="center"/>
        </w:trPr>
        <w:tc>
          <w:tcPr>
            <w:tcW w:w="4986" w:type="dxa"/>
          </w:tcPr>
          <w:p w14:paraId="05DFD98F" w14:textId="77777777" w:rsidR="00634A5D" w:rsidRPr="00D948D2" w:rsidRDefault="00000000" w:rsidP="00D948D2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D948D2">
              <w:rPr>
                <w:b/>
                <w:bCs/>
                <w:sz w:val="22"/>
              </w:rPr>
              <w:t>Жалға беруші</w:t>
            </w:r>
          </w:p>
        </w:tc>
        <w:tc>
          <w:tcPr>
            <w:tcW w:w="4986" w:type="dxa"/>
          </w:tcPr>
          <w:p w14:paraId="77AA05A2" w14:textId="61EC7831" w:rsidR="00D948D2" w:rsidRPr="00D948D2" w:rsidRDefault="00000000" w:rsidP="00D948D2">
            <w:pPr>
              <w:spacing w:after="0" w:line="240" w:lineRule="auto"/>
              <w:jc w:val="center"/>
              <w:rPr>
                <w:b/>
                <w:bCs/>
                <w:sz w:val="22"/>
                <w:lang w:val="ru-RU"/>
              </w:rPr>
            </w:pPr>
            <w:r w:rsidRPr="00D948D2">
              <w:rPr>
                <w:b/>
                <w:bCs/>
                <w:sz w:val="22"/>
              </w:rPr>
              <w:t>Жалға алушы</w:t>
            </w:r>
          </w:p>
        </w:tc>
      </w:tr>
      <w:tr w:rsidR="00634A5D" w:rsidRPr="00D948D2" w14:paraId="202D8A7C" w14:textId="77777777" w:rsidTr="00D948D2">
        <w:trPr>
          <w:jc w:val="center"/>
        </w:trPr>
        <w:tc>
          <w:tcPr>
            <w:tcW w:w="4986" w:type="dxa"/>
          </w:tcPr>
          <w:p w14:paraId="75336E80" w14:textId="77777777" w:rsidR="00D948D2" w:rsidRPr="00C14B4D" w:rsidRDefault="00D948D2" w:rsidP="00D948D2">
            <w:pPr>
              <w:spacing w:after="0" w:line="240" w:lineRule="auto"/>
              <w:jc w:val="center"/>
              <w:rPr>
                <w:sz w:val="22"/>
              </w:rPr>
            </w:pPr>
          </w:p>
          <w:p w14:paraId="335E7956" w14:textId="47CBEC42" w:rsidR="00634A5D" w:rsidRPr="00C14B4D" w:rsidRDefault="00000000" w:rsidP="00D948D2">
            <w:pPr>
              <w:spacing w:after="0" w:line="240" w:lineRule="auto"/>
              <w:jc w:val="center"/>
              <w:rPr>
                <w:sz w:val="22"/>
              </w:rPr>
            </w:pPr>
            <w:r w:rsidRPr="00C14B4D">
              <w:rPr>
                <w:sz w:val="22"/>
              </w:rPr>
              <w:t>____________________________</w:t>
            </w:r>
            <w:r w:rsidRPr="00C14B4D">
              <w:rPr>
                <w:sz w:val="22"/>
              </w:rPr>
              <w:br/>
              <w:t>(</w:t>
            </w:r>
            <w:r w:rsidRPr="00D948D2">
              <w:rPr>
                <w:sz w:val="22"/>
                <w:lang w:val="ru-RU"/>
              </w:rPr>
              <w:t>Т</w:t>
            </w:r>
            <w:r w:rsidRPr="00C14B4D">
              <w:rPr>
                <w:sz w:val="22"/>
              </w:rPr>
              <w:t>.</w:t>
            </w:r>
            <w:r w:rsidRPr="00D948D2">
              <w:rPr>
                <w:sz w:val="22"/>
                <w:lang w:val="ru-RU"/>
              </w:rPr>
              <w:t>А</w:t>
            </w:r>
            <w:r w:rsidRPr="00C14B4D">
              <w:rPr>
                <w:sz w:val="22"/>
              </w:rPr>
              <w:t>.</w:t>
            </w:r>
            <w:r w:rsidRPr="00D948D2">
              <w:rPr>
                <w:sz w:val="22"/>
                <w:lang w:val="ru-RU"/>
              </w:rPr>
              <w:t>Ә</w:t>
            </w:r>
            <w:r w:rsidRPr="00C14B4D">
              <w:rPr>
                <w:sz w:val="22"/>
              </w:rPr>
              <w:t xml:space="preserve">. </w:t>
            </w:r>
            <w:r w:rsidRPr="00D948D2">
              <w:rPr>
                <w:sz w:val="22"/>
                <w:lang w:val="ru-RU"/>
              </w:rPr>
              <w:t>және</w:t>
            </w:r>
            <w:r w:rsidRPr="00C14B4D">
              <w:rPr>
                <w:sz w:val="22"/>
              </w:rPr>
              <w:t xml:space="preserve"> </w:t>
            </w:r>
            <w:r w:rsidRPr="00D948D2">
              <w:rPr>
                <w:sz w:val="22"/>
                <w:lang w:val="ru-RU"/>
              </w:rPr>
              <w:t>қолы</w:t>
            </w:r>
            <w:r w:rsidRPr="00C14B4D">
              <w:rPr>
                <w:sz w:val="22"/>
              </w:rPr>
              <w:t>)</w:t>
            </w:r>
          </w:p>
        </w:tc>
        <w:tc>
          <w:tcPr>
            <w:tcW w:w="4986" w:type="dxa"/>
          </w:tcPr>
          <w:p w14:paraId="4895098E" w14:textId="77777777" w:rsidR="00D948D2" w:rsidRPr="00C14B4D" w:rsidRDefault="00D948D2" w:rsidP="00D948D2">
            <w:pPr>
              <w:spacing w:after="0" w:line="240" w:lineRule="auto"/>
              <w:jc w:val="center"/>
              <w:rPr>
                <w:sz w:val="22"/>
              </w:rPr>
            </w:pPr>
          </w:p>
          <w:p w14:paraId="4A61ACC3" w14:textId="51230C20" w:rsidR="00634A5D" w:rsidRPr="00C14B4D" w:rsidRDefault="00000000" w:rsidP="00D948D2">
            <w:pPr>
              <w:spacing w:after="0" w:line="240" w:lineRule="auto"/>
              <w:jc w:val="center"/>
              <w:rPr>
                <w:sz w:val="22"/>
              </w:rPr>
            </w:pPr>
            <w:r w:rsidRPr="00C14B4D">
              <w:rPr>
                <w:sz w:val="22"/>
              </w:rPr>
              <w:t>____________________________</w:t>
            </w:r>
            <w:r w:rsidRPr="00C14B4D">
              <w:rPr>
                <w:sz w:val="22"/>
              </w:rPr>
              <w:br/>
              <w:t>(</w:t>
            </w:r>
            <w:r w:rsidRPr="00D948D2">
              <w:rPr>
                <w:sz w:val="22"/>
                <w:lang w:val="ru-RU"/>
              </w:rPr>
              <w:t>Т</w:t>
            </w:r>
            <w:r w:rsidRPr="00C14B4D">
              <w:rPr>
                <w:sz w:val="22"/>
              </w:rPr>
              <w:t>.</w:t>
            </w:r>
            <w:r w:rsidRPr="00D948D2">
              <w:rPr>
                <w:sz w:val="22"/>
                <w:lang w:val="ru-RU"/>
              </w:rPr>
              <w:t>А</w:t>
            </w:r>
            <w:r w:rsidRPr="00C14B4D">
              <w:rPr>
                <w:sz w:val="22"/>
              </w:rPr>
              <w:t>.</w:t>
            </w:r>
            <w:r w:rsidRPr="00D948D2">
              <w:rPr>
                <w:sz w:val="22"/>
                <w:lang w:val="ru-RU"/>
              </w:rPr>
              <w:t>Ә</w:t>
            </w:r>
            <w:r w:rsidRPr="00C14B4D">
              <w:rPr>
                <w:sz w:val="22"/>
              </w:rPr>
              <w:t xml:space="preserve">. </w:t>
            </w:r>
            <w:r w:rsidRPr="00D948D2">
              <w:rPr>
                <w:sz w:val="22"/>
                <w:lang w:val="ru-RU"/>
              </w:rPr>
              <w:t>және</w:t>
            </w:r>
            <w:r w:rsidRPr="00C14B4D">
              <w:rPr>
                <w:sz w:val="22"/>
              </w:rPr>
              <w:t xml:space="preserve"> </w:t>
            </w:r>
            <w:r w:rsidRPr="00D948D2">
              <w:rPr>
                <w:sz w:val="22"/>
                <w:lang w:val="ru-RU"/>
              </w:rPr>
              <w:t>қолы</w:t>
            </w:r>
            <w:r w:rsidRPr="00C14B4D">
              <w:rPr>
                <w:sz w:val="22"/>
              </w:rPr>
              <w:t>)</w:t>
            </w:r>
          </w:p>
        </w:tc>
      </w:tr>
    </w:tbl>
    <w:p w14:paraId="0E268221" w14:textId="77777777" w:rsidR="002002FC" w:rsidRPr="00C14B4D" w:rsidRDefault="002002FC" w:rsidP="00D948D2">
      <w:pPr>
        <w:spacing w:after="0" w:line="240" w:lineRule="auto"/>
        <w:jc w:val="both"/>
        <w:rPr>
          <w:sz w:val="22"/>
        </w:rPr>
      </w:pPr>
    </w:p>
    <w:sectPr w:rsidR="002002FC" w:rsidRPr="00C14B4D" w:rsidSect="00034616">
      <w:footerReference w:type="default" r:id="rIdFtrSite"/>
      <w:pgSz w:w="12240" w:h="15840"/>
      <w:pgMar w:top="907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0"/>
      <w:jc w:val="center"/>
      <w:rPr>
        <w:rFonts w:ascii="Times New Roman" w:hAnsi="Times New Roman" w:cs="Times New Roman"/>
        <w:i/>
        <w:iCs/>
        <w:sz w:val="22"/>
        <w:szCs w:val="22"/>
        <w:lang w:val="kk-KZ"/>
      </w:rPr>
    </w:pPr>
    <w:r>
      <w:rPr>
        <w:rFonts w:ascii="Times New Roman" w:hAnsi="Times New Roman" w:cs="Times New Roman"/>
        <w:i/>
        <w:iCs/>
        <w:sz w:val="22"/>
        <w:szCs w:val="22"/>
        <w:lang w:val="kk-KZ"/>
      </w:rPr>
      <w:t xml:space="preserve">Пәтерлерді жалға беру шарттары онлайн www.Dogovorarendy.kz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0601374">
    <w:abstractNumId w:val="8"/>
  </w:num>
  <w:num w:numId="2" w16cid:durableId="1757046056">
    <w:abstractNumId w:val="6"/>
  </w:num>
  <w:num w:numId="3" w16cid:durableId="1925531302">
    <w:abstractNumId w:val="5"/>
  </w:num>
  <w:num w:numId="4" w16cid:durableId="585572511">
    <w:abstractNumId w:val="4"/>
  </w:num>
  <w:num w:numId="5" w16cid:durableId="2040347781">
    <w:abstractNumId w:val="7"/>
  </w:num>
  <w:num w:numId="6" w16cid:durableId="1225408967">
    <w:abstractNumId w:val="3"/>
  </w:num>
  <w:num w:numId="7" w16cid:durableId="814418199">
    <w:abstractNumId w:val="2"/>
  </w:num>
  <w:num w:numId="8" w16cid:durableId="686100010">
    <w:abstractNumId w:val="1"/>
  </w:num>
  <w:num w:numId="9" w16cid:durableId="1921987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2FC"/>
    <w:rsid w:val="0029639D"/>
    <w:rsid w:val="00326F90"/>
    <w:rsid w:val="00634A5D"/>
    <w:rsid w:val="00AA1D8D"/>
    <w:rsid w:val="00B47730"/>
    <w:rsid w:val="00C14B4D"/>
    <w:rsid w:val="00CB0664"/>
    <w:rsid w:val="00D25C33"/>
    <w:rsid w:val="00D948D2"/>
    <w:rsid w:val="00F565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46C00F"/>
  <w14:defaultImageDpi w14:val="300"/>
  <w15:docId w15:val="{C247687C-36EF-429E-BE61-6A342C28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FtrSite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Тимур Данабаев</cp:lastModifiedBy>
  <cp:revision>4</cp:revision>
  <dcterms:created xsi:type="dcterms:W3CDTF">2013-12-23T23:15:00Z</dcterms:created>
  <dcterms:modified xsi:type="dcterms:W3CDTF">2026-10-16T10:04:00Z</dcterms:modified>
  <cp:category/>
</cp:coreProperties>
</file>